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C4C45" w14:textId="19D1FC51" w:rsidR="00A26116" w:rsidRPr="00591291" w:rsidRDefault="003E36C7" w:rsidP="00D26DFF">
      <w:pPr>
        <w:spacing w:after="120"/>
        <w:ind w:firstLine="720"/>
        <w:jc w:val="both"/>
        <w:rPr>
          <w:rFonts w:cs="Times New Roman"/>
        </w:rPr>
      </w:pPr>
      <w:r w:rsidRPr="00591291">
        <w:rPr>
          <w:rFonts w:cs="Times New Roman"/>
        </w:rPr>
        <w:t>N</w:t>
      </w:r>
      <w:r w:rsidR="00BC18B5">
        <w:rPr>
          <w:rFonts w:cs="Times New Roman"/>
        </w:rPr>
        <w:t xml:space="preserve">a </w:t>
      </w:r>
      <w:proofErr w:type="spellStart"/>
      <w:r w:rsidR="00BC18B5">
        <w:rPr>
          <w:rFonts w:cs="Times New Roman"/>
        </w:rPr>
        <w:t>temelju</w:t>
      </w:r>
      <w:proofErr w:type="spellEnd"/>
      <w:r w:rsidR="00BC18B5">
        <w:rPr>
          <w:rFonts w:cs="Times New Roman"/>
        </w:rPr>
        <w:t xml:space="preserve"> </w:t>
      </w:r>
      <w:proofErr w:type="spellStart"/>
      <w:r w:rsidR="00BC18B5">
        <w:rPr>
          <w:rFonts w:cs="Times New Roman"/>
        </w:rPr>
        <w:t>članka</w:t>
      </w:r>
      <w:proofErr w:type="spellEnd"/>
      <w:r w:rsidR="00BC18B5">
        <w:rPr>
          <w:rFonts w:cs="Times New Roman"/>
        </w:rPr>
        <w:t xml:space="preserve"> 113.</w:t>
      </w:r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Zakona</w:t>
      </w:r>
      <w:proofErr w:type="spellEnd"/>
      <w:r w:rsidRPr="00591291">
        <w:rPr>
          <w:rFonts w:cs="Times New Roman"/>
        </w:rPr>
        <w:t xml:space="preserve"> o </w:t>
      </w:r>
      <w:proofErr w:type="spellStart"/>
      <w:r w:rsidRPr="00591291">
        <w:rPr>
          <w:rFonts w:cs="Times New Roman"/>
        </w:rPr>
        <w:t>gospodarenju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otpadom</w:t>
      </w:r>
      <w:proofErr w:type="spellEnd"/>
      <w:r w:rsidRPr="00591291">
        <w:rPr>
          <w:rFonts w:cs="Times New Roman"/>
        </w:rPr>
        <w:t xml:space="preserve"> </w:t>
      </w:r>
      <w:r w:rsidR="00616F8E">
        <w:rPr>
          <w:rFonts w:cs="Times New Roman"/>
        </w:rPr>
        <w:t>(“</w:t>
      </w:r>
      <w:proofErr w:type="spellStart"/>
      <w:r w:rsidR="00616F8E">
        <w:rPr>
          <w:rFonts w:cs="Times New Roman"/>
        </w:rPr>
        <w:t>Narodne</w:t>
      </w:r>
      <w:proofErr w:type="spellEnd"/>
      <w:r w:rsidR="00616F8E">
        <w:rPr>
          <w:rFonts w:cs="Times New Roman"/>
        </w:rPr>
        <w:t xml:space="preserve"> novine</w:t>
      </w:r>
      <w:proofErr w:type="gramStart"/>
      <w:r w:rsidR="00616F8E">
        <w:rPr>
          <w:rFonts w:cs="Times New Roman"/>
        </w:rPr>
        <w:t>”</w:t>
      </w:r>
      <w:r w:rsidR="004A0E9E">
        <w:rPr>
          <w:rFonts w:cs="Times New Roman"/>
        </w:rPr>
        <w:t xml:space="preserve">, </w:t>
      </w:r>
      <w:r w:rsidR="00616F8E">
        <w:rPr>
          <w:rFonts w:cs="Times New Roman"/>
        </w:rPr>
        <w:t xml:space="preserve"> </w:t>
      </w:r>
      <w:proofErr w:type="spellStart"/>
      <w:r w:rsidR="00616F8E">
        <w:rPr>
          <w:rFonts w:cs="Times New Roman"/>
        </w:rPr>
        <w:t>broj</w:t>
      </w:r>
      <w:proofErr w:type="spellEnd"/>
      <w:proofErr w:type="gramEnd"/>
      <w:r w:rsidR="00616F8E">
        <w:rPr>
          <w:rFonts w:cs="Times New Roman"/>
        </w:rPr>
        <w:t xml:space="preserve"> 84/21, 142/23) </w:t>
      </w:r>
      <w:proofErr w:type="spellStart"/>
      <w:r w:rsidRPr="00591291">
        <w:rPr>
          <w:rFonts w:cs="Times New Roman"/>
        </w:rPr>
        <w:t>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članka</w:t>
      </w:r>
      <w:proofErr w:type="spellEnd"/>
      <w:r w:rsidRPr="00591291">
        <w:rPr>
          <w:rFonts w:cs="Times New Roman"/>
        </w:rPr>
        <w:t xml:space="preserve"> 25. </w:t>
      </w:r>
      <w:proofErr w:type="spellStart"/>
      <w:r w:rsidRPr="00591291">
        <w:rPr>
          <w:rFonts w:cs="Times New Roman"/>
        </w:rPr>
        <w:t>Statuta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Općine</w:t>
      </w:r>
      <w:proofErr w:type="spellEnd"/>
      <w:r w:rsidRPr="00591291">
        <w:rPr>
          <w:rFonts w:cs="Times New Roman"/>
        </w:rPr>
        <w:t xml:space="preserve"> Bukovlje („</w:t>
      </w:r>
      <w:proofErr w:type="spellStart"/>
      <w:r w:rsidRPr="00591291">
        <w:rPr>
          <w:rFonts w:cs="Times New Roman"/>
        </w:rPr>
        <w:t>Službeni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vjesnik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Brodsko-posavske</w:t>
      </w:r>
      <w:proofErr w:type="spellEnd"/>
      <w:r w:rsidRPr="00591291">
        <w:rPr>
          <w:rFonts w:cs="Times New Roman"/>
        </w:rPr>
        <w:t xml:space="preserve"> </w:t>
      </w:r>
      <w:proofErr w:type="spellStart"/>
      <w:proofErr w:type="gramStart"/>
      <w:r w:rsidRPr="00591291">
        <w:rPr>
          <w:rFonts w:cs="Times New Roman"/>
        </w:rPr>
        <w:t>županije</w:t>
      </w:r>
      <w:proofErr w:type="spellEnd"/>
      <w:r w:rsidRPr="00591291">
        <w:rPr>
          <w:rFonts w:cs="Times New Roman"/>
        </w:rPr>
        <w:t>“</w:t>
      </w:r>
      <w:proofErr w:type="gram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broj</w:t>
      </w:r>
      <w:proofErr w:type="spellEnd"/>
      <w:r w:rsidRPr="00591291">
        <w:rPr>
          <w:rFonts w:cs="Times New Roman"/>
        </w:rPr>
        <w:t xml:space="preserve"> 3/18, 4/20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10/21), </w:t>
      </w:r>
      <w:proofErr w:type="spellStart"/>
      <w:r w:rsidRPr="00591291">
        <w:rPr>
          <w:rFonts w:cs="Times New Roman"/>
        </w:rPr>
        <w:t>Općinsko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vijeće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Općine</w:t>
      </w:r>
      <w:proofErr w:type="spellEnd"/>
      <w:r w:rsidRPr="00591291">
        <w:rPr>
          <w:rFonts w:cs="Times New Roman"/>
        </w:rPr>
        <w:t xml:space="preserve"> Bukovlje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svojoj</w:t>
      </w:r>
      <w:proofErr w:type="spellEnd"/>
      <w:r w:rsidR="00D26DFF">
        <w:rPr>
          <w:rFonts w:cs="Times New Roman"/>
        </w:rPr>
        <w:t xml:space="preserve"> </w:t>
      </w:r>
      <w:r w:rsidR="0058520A" w:rsidRPr="00591291">
        <w:rPr>
          <w:rFonts w:cs="Times New Roman"/>
        </w:rPr>
        <w:t>9.</w:t>
      </w:r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sjednici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održanoj</w:t>
      </w:r>
      <w:proofErr w:type="spellEnd"/>
      <w:r w:rsidRPr="00591291">
        <w:rPr>
          <w:rFonts w:cs="Times New Roman"/>
        </w:rPr>
        <w:t xml:space="preserve"> dana </w:t>
      </w:r>
      <w:r w:rsidR="00EA3FDF">
        <w:rPr>
          <w:rFonts w:cs="Times New Roman"/>
        </w:rPr>
        <w:t>27</w:t>
      </w:r>
      <w:r w:rsidR="0058520A" w:rsidRPr="00591291">
        <w:rPr>
          <w:rFonts w:cs="Times New Roman"/>
        </w:rPr>
        <w:t xml:space="preserve">. </w:t>
      </w:r>
      <w:proofErr w:type="spellStart"/>
      <w:r w:rsidR="006514F7">
        <w:rPr>
          <w:rFonts w:cs="Times New Roman"/>
        </w:rPr>
        <w:t>k</w:t>
      </w:r>
      <w:r w:rsidR="0058520A" w:rsidRPr="00591291">
        <w:rPr>
          <w:rFonts w:cs="Times New Roman"/>
        </w:rPr>
        <w:t>olovoza</w:t>
      </w:r>
      <w:proofErr w:type="spellEnd"/>
      <w:r w:rsidRPr="00591291">
        <w:rPr>
          <w:rFonts w:cs="Times New Roman"/>
        </w:rPr>
        <w:t xml:space="preserve"> 2026. </w:t>
      </w:r>
      <w:proofErr w:type="spellStart"/>
      <w:r w:rsidR="003317E7">
        <w:rPr>
          <w:rFonts w:cs="Times New Roman"/>
        </w:rPr>
        <w:t>g</w:t>
      </w:r>
      <w:r w:rsidRPr="00591291">
        <w:rPr>
          <w:rFonts w:cs="Times New Roman"/>
        </w:rPr>
        <w:t>odine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donosi</w:t>
      </w:r>
      <w:proofErr w:type="spellEnd"/>
    </w:p>
    <w:p w14:paraId="4349EB03" w14:textId="77777777" w:rsidR="00D26DFF" w:rsidRDefault="00D26DFF" w:rsidP="0058520A">
      <w:pPr>
        <w:spacing w:after="0"/>
        <w:jc w:val="center"/>
        <w:rPr>
          <w:rFonts w:cs="Times New Roman"/>
          <w:b/>
          <w:sz w:val="26"/>
        </w:rPr>
      </w:pPr>
    </w:p>
    <w:p w14:paraId="1C36EACE" w14:textId="147E1074" w:rsidR="00A26116" w:rsidRPr="00591291" w:rsidRDefault="003E36C7" w:rsidP="0058520A">
      <w:pPr>
        <w:spacing w:after="0"/>
        <w:jc w:val="center"/>
        <w:rPr>
          <w:rFonts w:cs="Times New Roman"/>
        </w:rPr>
      </w:pPr>
      <w:r w:rsidRPr="00591291">
        <w:rPr>
          <w:rFonts w:cs="Times New Roman"/>
          <w:b/>
          <w:sz w:val="26"/>
        </w:rPr>
        <w:t>ODLUKU</w:t>
      </w:r>
    </w:p>
    <w:p w14:paraId="01DA9E82" w14:textId="77777777" w:rsidR="00A26116" w:rsidRPr="00D26DFF" w:rsidRDefault="003E36C7" w:rsidP="0058520A">
      <w:pPr>
        <w:spacing w:after="0"/>
        <w:jc w:val="center"/>
        <w:rPr>
          <w:rFonts w:cs="Times New Roman"/>
          <w:bCs/>
        </w:rPr>
      </w:pPr>
      <w:r w:rsidRPr="00D26DFF">
        <w:rPr>
          <w:rFonts w:cs="Times New Roman"/>
          <w:bCs/>
        </w:rPr>
        <w:t xml:space="preserve">o </w:t>
      </w:r>
      <w:proofErr w:type="spellStart"/>
      <w:r w:rsidRPr="00D26DFF">
        <w:rPr>
          <w:rFonts w:cs="Times New Roman"/>
          <w:bCs/>
        </w:rPr>
        <w:t>mjerama</w:t>
      </w:r>
      <w:proofErr w:type="spellEnd"/>
      <w:r w:rsidRPr="00D26DFF">
        <w:rPr>
          <w:rFonts w:cs="Times New Roman"/>
          <w:bCs/>
        </w:rPr>
        <w:t xml:space="preserve"> za </w:t>
      </w:r>
      <w:proofErr w:type="spellStart"/>
      <w:r w:rsidRPr="00D26DFF">
        <w:rPr>
          <w:rFonts w:cs="Times New Roman"/>
          <w:bCs/>
        </w:rPr>
        <w:t>sprječavanje</w:t>
      </w:r>
      <w:proofErr w:type="spellEnd"/>
      <w:r w:rsidRPr="00D26DFF">
        <w:rPr>
          <w:rFonts w:cs="Times New Roman"/>
          <w:bCs/>
        </w:rPr>
        <w:t xml:space="preserve"> </w:t>
      </w:r>
      <w:proofErr w:type="spellStart"/>
      <w:r w:rsidRPr="00D26DFF">
        <w:rPr>
          <w:rFonts w:cs="Times New Roman"/>
          <w:bCs/>
        </w:rPr>
        <w:t>nepropisnog</w:t>
      </w:r>
      <w:proofErr w:type="spellEnd"/>
      <w:r w:rsidRPr="00D26DFF">
        <w:rPr>
          <w:rFonts w:cs="Times New Roman"/>
          <w:bCs/>
        </w:rPr>
        <w:t xml:space="preserve"> </w:t>
      </w:r>
      <w:proofErr w:type="spellStart"/>
      <w:r w:rsidRPr="00D26DFF">
        <w:rPr>
          <w:rFonts w:cs="Times New Roman"/>
          <w:bCs/>
        </w:rPr>
        <w:t>odbacivanja</w:t>
      </w:r>
      <w:proofErr w:type="spellEnd"/>
      <w:r w:rsidRPr="00D26DFF">
        <w:rPr>
          <w:rFonts w:cs="Times New Roman"/>
          <w:bCs/>
        </w:rPr>
        <w:t xml:space="preserve"> </w:t>
      </w:r>
      <w:proofErr w:type="spellStart"/>
      <w:r w:rsidRPr="00D26DFF">
        <w:rPr>
          <w:rFonts w:cs="Times New Roman"/>
          <w:bCs/>
        </w:rPr>
        <w:t>otpada</w:t>
      </w:r>
      <w:proofErr w:type="spellEnd"/>
      <w:r w:rsidRPr="00D26DFF">
        <w:rPr>
          <w:rFonts w:cs="Times New Roman"/>
          <w:bCs/>
        </w:rPr>
        <w:t xml:space="preserve"> </w:t>
      </w:r>
      <w:proofErr w:type="spellStart"/>
      <w:r w:rsidRPr="00D26DFF">
        <w:rPr>
          <w:rFonts w:cs="Times New Roman"/>
          <w:bCs/>
        </w:rPr>
        <w:t>na</w:t>
      </w:r>
      <w:proofErr w:type="spellEnd"/>
      <w:r w:rsidRPr="00D26DFF">
        <w:rPr>
          <w:rFonts w:cs="Times New Roman"/>
          <w:bCs/>
        </w:rPr>
        <w:t xml:space="preserve"> </w:t>
      </w:r>
      <w:proofErr w:type="spellStart"/>
      <w:r w:rsidRPr="00D26DFF">
        <w:rPr>
          <w:rFonts w:cs="Times New Roman"/>
          <w:bCs/>
        </w:rPr>
        <w:t>području</w:t>
      </w:r>
      <w:proofErr w:type="spellEnd"/>
      <w:r w:rsidRPr="00D26DFF">
        <w:rPr>
          <w:rFonts w:cs="Times New Roman"/>
          <w:bCs/>
        </w:rPr>
        <w:t xml:space="preserve"> </w:t>
      </w:r>
      <w:proofErr w:type="spellStart"/>
      <w:r w:rsidRPr="00D26DFF">
        <w:rPr>
          <w:rFonts w:cs="Times New Roman"/>
          <w:bCs/>
        </w:rPr>
        <w:t>Općine</w:t>
      </w:r>
      <w:proofErr w:type="spellEnd"/>
      <w:r w:rsidRPr="00D26DFF">
        <w:rPr>
          <w:rFonts w:cs="Times New Roman"/>
          <w:bCs/>
        </w:rPr>
        <w:t xml:space="preserve"> Bukovlje</w:t>
      </w:r>
    </w:p>
    <w:p w14:paraId="7CE60C80" w14:textId="77777777" w:rsidR="0058520A" w:rsidRPr="00591291" w:rsidRDefault="0058520A" w:rsidP="0058520A">
      <w:pPr>
        <w:spacing w:after="60"/>
        <w:jc w:val="center"/>
        <w:rPr>
          <w:rFonts w:cs="Times New Roman"/>
          <w:b/>
        </w:rPr>
      </w:pPr>
    </w:p>
    <w:p w14:paraId="548DB1AA" w14:textId="5AE5B833" w:rsidR="00D26DFF" w:rsidRPr="00D26DFF" w:rsidRDefault="003E36C7" w:rsidP="00D26DFF">
      <w:pPr>
        <w:spacing w:after="60"/>
        <w:jc w:val="center"/>
        <w:rPr>
          <w:rFonts w:cs="Times New Roman"/>
          <w:b/>
        </w:rPr>
      </w:pPr>
      <w:proofErr w:type="spellStart"/>
      <w:r w:rsidRPr="00591291">
        <w:rPr>
          <w:rFonts w:cs="Times New Roman"/>
          <w:b/>
        </w:rPr>
        <w:t>Članak</w:t>
      </w:r>
      <w:proofErr w:type="spellEnd"/>
      <w:r w:rsidRPr="00591291">
        <w:rPr>
          <w:rFonts w:cs="Times New Roman"/>
          <w:b/>
        </w:rPr>
        <w:t xml:space="preserve"> 1.</w:t>
      </w:r>
    </w:p>
    <w:p w14:paraId="770A50D1" w14:textId="77777777" w:rsidR="00A26116" w:rsidRPr="00591291" w:rsidRDefault="003E36C7" w:rsidP="00591291">
      <w:pPr>
        <w:spacing w:after="16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Ovom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Odlukom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utvrđuju</w:t>
      </w:r>
      <w:proofErr w:type="spellEnd"/>
      <w:r w:rsidRPr="00591291">
        <w:rPr>
          <w:rFonts w:cs="Times New Roman"/>
        </w:rPr>
        <w:t xml:space="preserve"> se </w:t>
      </w:r>
      <w:proofErr w:type="spellStart"/>
      <w:r w:rsidRPr="00591291">
        <w:rPr>
          <w:rFonts w:cs="Times New Roman"/>
        </w:rPr>
        <w:t>mjere</w:t>
      </w:r>
      <w:proofErr w:type="spellEnd"/>
      <w:r w:rsidRPr="00591291">
        <w:rPr>
          <w:rFonts w:cs="Times New Roman"/>
        </w:rPr>
        <w:t xml:space="preserve"> za </w:t>
      </w:r>
      <w:proofErr w:type="spellStart"/>
      <w:r w:rsidRPr="00591291">
        <w:rPr>
          <w:rFonts w:cs="Times New Roman"/>
        </w:rPr>
        <w:t>sprječavanje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nepropisnog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odbacivanja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području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Općine</w:t>
      </w:r>
      <w:proofErr w:type="spellEnd"/>
      <w:r w:rsidRPr="00591291">
        <w:rPr>
          <w:rFonts w:cs="Times New Roman"/>
        </w:rPr>
        <w:t xml:space="preserve"> Bukovlje, </w:t>
      </w:r>
      <w:proofErr w:type="spellStart"/>
      <w:r w:rsidRPr="00591291">
        <w:rPr>
          <w:rFonts w:cs="Times New Roman"/>
        </w:rPr>
        <w:t>mjere</w:t>
      </w:r>
      <w:proofErr w:type="spellEnd"/>
      <w:r w:rsidRPr="00591291">
        <w:rPr>
          <w:rFonts w:cs="Times New Roman"/>
        </w:rPr>
        <w:t xml:space="preserve"> za </w:t>
      </w:r>
      <w:proofErr w:type="spellStart"/>
      <w:r w:rsidRPr="00591291">
        <w:rPr>
          <w:rFonts w:cs="Times New Roman"/>
        </w:rPr>
        <w:t>uklanjanje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tako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odbačenog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mjere</w:t>
      </w:r>
      <w:proofErr w:type="spellEnd"/>
      <w:r w:rsidRPr="00591291">
        <w:rPr>
          <w:rFonts w:cs="Times New Roman"/>
        </w:rPr>
        <w:t xml:space="preserve"> za </w:t>
      </w:r>
      <w:proofErr w:type="spellStart"/>
      <w:r w:rsidRPr="00591291">
        <w:rPr>
          <w:rFonts w:cs="Times New Roman"/>
        </w:rPr>
        <w:t>sprječavanje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ponovnog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nastanka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divljih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odlagališta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način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praćenja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provedbe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mjera</w:t>
      </w:r>
      <w:proofErr w:type="spellEnd"/>
      <w:r w:rsidRPr="00591291">
        <w:rPr>
          <w:rFonts w:cs="Times New Roman"/>
        </w:rPr>
        <w:t>.</w:t>
      </w:r>
    </w:p>
    <w:p w14:paraId="5B4B51E9" w14:textId="77777777" w:rsidR="0058520A" w:rsidRPr="00591291" w:rsidRDefault="0058520A" w:rsidP="0058520A">
      <w:pPr>
        <w:spacing w:after="0"/>
        <w:rPr>
          <w:rFonts w:cs="Times New Roman"/>
        </w:rPr>
      </w:pPr>
    </w:p>
    <w:p w14:paraId="798C619D" w14:textId="39D85684" w:rsidR="00D26DFF" w:rsidRDefault="00BC18B5" w:rsidP="00D26DFF">
      <w:pPr>
        <w:spacing w:after="60"/>
        <w:jc w:val="center"/>
        <w:rPr>
          <w:rFonts w:cs="Times New Roman"/>
          <w:b/>
        </w:rPr>
      </w:pPr>
      <w:proofErr w:type="spellStart"/>
      <w:r>
        <w:rPr>
          <w:rFonts w:cs="Times New Roman"/>
          <w:b/>
        </w:rPr>
        <w:t>Članak</w:t>
      </w:r>
      <w:proofErr w:type="spellEnd"/>
      <w:r>
        <w:rPr>
          <w:rFonts w:cs="Times New Roman"/>
          <w:b/>
        </w:rPr>
        <w:t xml:space="preserve"> 2.</w:t>
      </w:r>
    </w:p>
    <w:p w14:paraId="7B72B2F6" w14:textId="7BAB0180" w:rsidR="00BC18B5" w:rsidRPr="00BC18B5" w:rsidRDefault="00BC18B5" w:rsidP="00D26DFF">
      <w:pPr>
        <w:spacing w:after="60"/>
        <w:ind w:firstLine="720"/>
        <w:jc w:val="both"/>
        <w:rPr>
          <w:rFonts w:cs="Times New Roman"/>
          <w:bCs/>
        </w:rPr>
      </w:pPr>
      <w:proofErr w:type="spellStart"/>
      <w:r>
        <w:rPr>
          <w:rFonts w:cs="Times New Roman"/>
          <w:bCs/>
        </w:rPr>
        <w:t>Protuzakonito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odbacivanje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otpada</w:t>
      </w:r>
      <w:proofErr w:type="spellEnd"/>
      <w:r>
        <w:rPr>
          <w:rFonts w:cs="Times New Roman"/>
          <w:bCs/>
        </w:rPr>
        <w:t xml:space="preserve"> u </w:t>
      </w:r>
      <w:proofErr w:type="spellStart"/>
      <w:r>
        <w:rPr>
          <w:rFonts w:cs="Times New Roman"/>
          <w:bCs/>
        </w:rPr>
        <w:t>okoliš</w:t>
      </w:r>
      <w:proofErr w:type="spellEnd"/>
      <w:r>
        <w:rPr>
          <w:rFonts w:cs="Times New Roman"/>
          <w:bCs/>
        </w:rPr>
        <w:t xml:space="preserve"> je </w:t>
      </w:r>
      <w:proofErr w:type="spellStart"/>
      <w:r>
        <w:rPr>
          <w:rFonts w:cs="Times New Roman"/>
          <w:bCs/>
        </w:rPr>
        <w:t>svako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ostavljanje</w:t>
      </w:r>
      <w:proofErr w:type="spellEnd"/>
      <w:r>
        <w:rPr>
          <w:rFonts w:cs="Times New Roman"/>
          <w:bCs/>
        </w:rPr>
        <w:t xml:space="preserve">, </w:t>
      </w:r>
      <w:proofErr w:type="spellStart"/>
      <w:r>
        <w:rPr>
          <w:rFonts w:cs="Times New Roman"/>
          <w:bCs/>
        </w:rPr>
        <w:t>napuštanje</w:t>
      </w:r>
      <w:proofErr w:type="spellEnd"/>
      <w:r>
        <w:rPr>
          <w:rFonts w:cs="Times New Roman"/>
          <w:bCs/>
        </w:rPr>
        <w:t xml:space="preserve">, </w:t>
      </w:r>
      <w:proofErr w:type="spellStart"/>
      <w:r>
        <w:rPr>
          <w:rFonts w:cs="Times New Roman"/>
          <w:bCs/>
        </w:rPr>
        <w:t>odbacivanje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ili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odlaganje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otpada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izvan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lokacije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gospodarenja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otpadom</w:t>
      </w:r>
      <w:proofErr w:type="spellEnd"/>
      <w:r>
        <w:rPr>
          <w:rFonts w:cs="Times New Roman"/>
          <w:bCs/>
        </w:rPr>
        <w:t xml:space="preserve"> </w:t>
      </w:r>
      <w:proofErr w:type="spellStart"/>
      <w:r w:rsidR="001E494F">
        <w:rPr>
          <w:rFonts w:cs="Times New Roman"/>
          <w:bCs/>
        </w:rPr>
        <w:t>i</w:t>
      </w:r>
      <w:proofErr w:type="spellEnd"/>
      <w:r>
        <w:rPr>
          <w:rFonts w:cs="Times New Roman"/>
          <w:bCs/>
        </w:rPr>
        <w:t xml:space="preserve"> ne </w:t>
      </w:r>
      <w:proofErr w:type="spellStart"/>
      <w:r>
        <w:rPr>
          <w:rFonts w:cs="Times New Roman"/>
          <w:bCs/>
        </w:rPr>
        <w:t>odnosi</w:t>
      </w:r>
      <w:proofErr w:type="spellEnd"/>
      <w:r>
        <w:rPr>
          <w:rFonts w:cs="Times New Roman"/>
          <w:bCs/>
        </w:rPr>
        <w:t xml:space="preserve"> se</w:t>
      </w:r>
      <w:r w:rsidR="001E494F">
        <w:rPr>
          <w:rFonts w:cs="Times New Roman"/>
          <w:bCs/>
        </w:rPr>
        <w:t xml:space="preserve"> </w:t>
      </w:r>
      <w:proofErr w:type="spellStart"/>
      <w:r w:rsidR="001E494F">
        <w:rPr>
          <w:rFonts w:cs="Times New Roman"/>
          <w:bCs/>
        </w:rPr>
        <w:t>na</w:t>
      </w:r>
      <w:proofErr w:type="spellEnd"/>
      <w:r w:rsidR="001E494F">
        <w:rPr>
          <w:rFonts w:cs="Times New Roman"/>
          <w:bCs/>
        </w:rPr>
        <w:t xml:space="preserve"> </w:t>
      </w:r>
      <w:proofErr w:type="spellStart"/>
      <w:r w:rsidR="001E494F">
        <w:rPr>
          <w:rFonts w:cs="Times New Roman"/>
          <w:bCs/>
        </w:rPr>
        <w:t>mjesto</w:t>
      </w:r>
      <w:proofErr w:type="spellEnd"/>
      <w:r w:rsidR="001E494F">
        <w:rPr>
          <w:rFonts w:cs="Times New Roman"/>
          <w:bCs/>
        </w:rPr>
        <w:t xml:space="preserve"> </w:t>
      </w:r>
      <w:proofErr w:type="spellStart"/>
      <w:r w:rsidR="001E494F">
        <w:rPr>
          <w:rFonts w:cs="Times New Roman"/>
          <w:bCs/>
        </w:rPr>
        <w:t>primopredaje</w:t>
      </w:r>
      <w:proofErr w:type="spellEnd"/>
      <w:r w:rsidR="001E494F">
        <w:rPr>
          <w:rFonts w:cs="Times New Roman"/>
          <w:bCs/>
        </w:rPr>
        <w:t xml:space="preserve"> </w:t>
      </w:r>
      <w:proofErr w:type="spellStart"/>
      <w:r w:rsidR="001E494F">
        <w:rPr>
          <w:rFonts w:cs="Times New Roman"/>
          <w:bCs/>
        </w:rPr>
        <w:t>otpada</w:t>
      </w:r>
      <w:proofErr w:type="spellEnd"/>
      <w:r w:rsidR="001E494F">
        <w:rPr>
          <w:rFonts w:cs="Times New Roman"/>
          <w:bCs/>
        </w:rPr>
        <w:t xml:space="preserve"> u </w:t>
      </w:r>
      <w:proofErr w:type="spellStart"/>
      <w:r w:rsidR="001E494F">
        <w:rPr>
          <w:rFonts w:cs="Times New Roman"/>
          <w:bCs/>
        </w:rPr>
        <w:t>sklopu</w:t>
      </w:r>
      <w:proofErr w:type="spellEnd"/>
      <w:r w:rsidR="001E494F">
        <w:rPr>
          <w:rFonts w:cs="Times New Roman"/>
          <w:bCs/>
        </w:rPr>
        <w:t xml:space="preserve"> </w:t>
      </w:r>
      <w:proofErr w:type="spellStart"/>
      <w:r w:rsidR="001E494F">
        <w:rPr>
          <w:rFonts w:cs="Times New Roman"/>
          <w:bCs/>
        </w:rPr>
        <w:t>javne</w:t>
      </w:r>
      <w:proofErr w:type="spellEnd"/>
      <w:r w:rsidR="001E494F">
        <w:rPr>
          <w:rFonts w:cs="Times New Roman"/>
          <w:bCs/>
        </w:rPr>
        <w:t xml:space="preserve"> </w:t>
      </w:r>
      <w:proofErr w:type="spellStart"/>
      <w:r w:rsidR="001E494F">
        <w:rPr>
          <w:rFonts w:cs="Times New Roman"/>
          <w:bCs/>
        </w:rPr>
        <w:t>usluge</w:t>
      </w:r>
      <w:proofErr w:type="spellEnd"/>
      <w:r w:rsidR="001E494F">
        <w:rPr>
          <w:rFonts w:cs="Times New Roman"/>
          <w:bCs/>
        </w:rPr>
        <w:t xml:space="preserve"> </w:t>
      </w:r>
      <w:proofErr w:type="spellStart"/>
      <w:r w:rsidR="001E494F">
        <w:rPr>
          <w:rFonts w:cs="Times New Roman"/>
          <w:bCs/>
        </w:rPr>
        <w:t>sakupljanja</w:t>
      </w:r>
      <w:proofErr w:type="spellEnd"/>
      <w:r w:rsidR="001E494F">
        <w:rPr>
          <w:rFonts w:cs="Times New Roman"/>
          <w:bCs/>
        </w:rPr>
        <w:t xml:space="preserve"> </w:t>
      </w:r>
      <w:proofErr w:type="spellStart"/>
      <w:r w:rsidR="001E494F">
        <w:rPr>
          <w:rFonts w:cs="Times New Roman"/>
          <w:bCs/>
        </w:rPr>
        <w:t>komunalnog</w:t>
      </w:r>
      <w:proofErr w:type="spellEnd"/>
      <w:r w:rsidR="001E494F">
        <w:rPr>
          <w:rFonts w:cs="Times New Roman"/>
          <w:bCs/>
        </w:rPr>
        <w:t xml:space="preserve"> </w:t>
      </w:r>
      <w:proofErr w:type="spellStart"/>
      <w:r w:rsidR="001E494F">
        <w:rPr>
          <w:rFonts w:cs="Times New Roman"/>
          <w:bCs/>
        </w:rPr>
        <w:t>otpada</w:t>
      </w:r>
      <w:proofErr w:type="spellEnd"/>
      <w:r w:rsidR="001E494F">
        <w:rPr>
          <w:rFonts w:cs="Times New Roman"/>
          <w:bCs/>
        </w:rPr>
        <w:t>.</w:t>
      </w:r>
    </w:p>
    <w:p w14:paraId="56C39FF1" w14:textId="77777777" w:rsidR="00BC18B5" w:rsidRDefault="00BC18B5" w:rsidP="0058520A">
      <w:pPr>
        <w:spacing w:after="60"/>
        <w:jc w:val="center"/>
        <w:rPr>
          <w:rFonts w:cs="Times New Roman"/>
          <w:b/>
        </w:rPr>
      </w:pPr>
    </w:p>
    <w:p w14:paraId="654A612F" w14:textId="3B7BE590" w:rsidR="006514F7" w:rsidRPr="00D26DFF" w:rsidRDefault="003E36C7" w:rsidP="00D26DFF">
      <w:pPr>
        <w:spacing w:after="60"/>
        <w:jc w:val="center"/>
        <w:rPr>
          <w:rFonts w:cs="Times New Roman"/>
          <w:b/>
        </w:rPr>
      </w:pPr>
      <w:proofErr w:type="spellStart"/>
      <w:r w:rsidRPr="00591291">
        <w:rPr>
          <w:rFonts w:cs="Times New Roman"/>
          <w:b/>
        </w:rPr>
        <w:t>Članak</w:t>
      </w:r>
      <w:proofErr w:type="spellEnd"/>
      <w:r w:rsidRPr="00591291">
        <w:rPr>
          <w:rFonts w:cs="Times New Roman"/>
          <w:b/>
        </w:rPr>
        <w:t xml:space="preserve"> </w:t>
      </w:r>
      <w:r w:rsidR="001E494F">
        <w:rPr>
          <w:rFonts w:cs="Times New Roman"/>
          <w:b/>
        </w:rPr>
        <w:t>3</w:t>
      </w:r>
      <w:r w:rsidRPr="00591291">
        <w:rPr>
          <w:rFonts w:cs="Times New Roman"/>
          <w:b/>
        </w:rPr>
        <w:t>.</w:t>
      </w:r>
    </w:p>
    <w:p w14:paraId="50587691" w14:textId="77777777" w:rsidR="00A26116" w:rsidRPr="00591291" w:rsidRDefault="003E36C7" w:rsidP="00591291">
      <w:pPr>
        <w:spacing w:after="16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Cilj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ove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Odluke</w:t>
      </w:r>
      <w:proofErr w:type="spellEnd"/>
      <w:r w:rsidRPr="00591291">
        <w:rPr>
          <w:rFonts w:cs="Times New Roman"/>
        </w:rPr>
        <w:t xml:space="preserve"> je </w:t>
      </w:r>
      <w:proofErr w:type="spellStart"/>
      <w:r w:rsidRPr="00591291">
        <w:rPr>
          <w:rFonts w:cs="Times New Roman"/>
        </w:rPr>
        <w:t>zaštita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okoliša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prirode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tla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voda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zaštita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zdravlja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ljudi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očuvanje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urednosti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kvalitete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prostora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Općine</w:t>
      </w:r>
      <w:proofErr w:type="spellEnd"/>
      <w:r w:rsidRPr="00591291">
        <w:rPr>
          <w:rFonts w:cs="Times New Roman"/>
        </w:rPr>
        <w:t xml:space="preserve"> Bukovlje </w:t>
      </w:r>
      <w:proofErr w:type="spellStart"/>
      <w:r w:rsidRPr="00591291">
        <w:rPr>
          <w:rFonts w:cs="Times New Roman"/>
        </w:rPr>
        <w:t>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uspostava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sustavnog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pristupa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prevenciji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sanaciji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lokacija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kojima</w:t>
      </w:r>
      <w:proofErr w:type="spellEnd"/>
      <w:r w:rsidRPr="00591291">
        <w:rPr>
          <w:rFonts w:cs="Times New Roman"/>
        </w:rPr>
        <w:t xml:space="preserve"> se </w:t>
      </w:r>
      <w:proofErr w:type="spellStart"/>
      <w:r w:rsidRPr="00591291">
        <w:rPr>
          <w:rFonts w:cs="Times New Roman"/>
        </w:rPr>
        <w:t>nepropisno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odbacuje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</w:t>
      </w:r>
      <w:proofErr w:type="spellEnd"/>
      <w:r w:rsidRPr="00591291">
        <w:rPr>
          <w:rFonts w:cs="Times New Roman"/>
        </w:rPr>
        <w:t>.</w:t>
      </w:r>
    </w:p>
    <w:p w14:paraId="453A3EC8" w14:textId="77777777" w:rsidR="0058520A" w:rsidRPr="00591291" w:rsidRDefault="0058520A" w:rsidP="0058520A">
      <w:pPr>
        <w:spacing w:after="0"/>
        <w:jc w:val="both"/>
        <w:rPr>
          <w:rFonts w:cs="Times New Roman"/>
        </w:rPr>
      </w:pPr>
    </w:p>
    <w:p w14:paraId="362AD556" w14:textId="1B229676" w:rsidR="006514F7" w:rsidRPr="00D26DFF" w:rsidRDefault="003E36C7" w:rsidP="00D26DFF">
      <w:pPr>
        <w:spacing w:after="60"/>
        <w:jc w:val="center"/>
        <w:rPr>
          <w:rFonts w:cs="Times New Roman"/>
          <w:b/>
        </w:rPr>
      </w:pPr>
      <w:proofErr w:type="spellStart"/>
      <w:r w:rsidRPr="00591291">
        <w:rPr>
          <w:rFonts w:cs="Times New Roman"/>
          <w:b/>
        </w:rPr>
        <w:t>Članak</w:t>
      </w:r>
      <w:proofErr w:type="spellEnd"/>
      <w:r w:rsidRPr="00591291">
        <w:rPr>
          <w:rFonts w:cs="Times New Roman"/>
          <w:b/>
        </w:rPr>
        <w:t xml:space="preserve"> </w:t>
      </w:r>
      <w:r w:rsidR="001E494F">
        <w:rPr>
          <w:rFonts w:cs="Times New Roman"/>
          <w:b/>
        </w:rPr>
        <w:t>4</w:t>
      </w:r>
      <w:r w:rsidRPr="00591291">
        <w:rPr>
          <w:rFonts w:cs="Times New Roman"/>
          <w:b/>
        </w:rPr>
        <w:t>.</w:t>
      </w:r>
    </w:p>
    <w:p w14:paraId="609FD041" w14:textId="34D7345C" w:rsidR="00591291" w:rsidRPr="00591291" w:rsidRDefault="00591291" w:rsidP="00591291">
      <w:pPr>
        <w:spacing w:after="160"/>
        <w:ind w:firstLine="720"/>
        <w:jc w:val="both"/>
        <w:rPr>
          <w:rFonts w:cs="Times New Roman"/>
        </w:rPr>
      </w:pPr>
      <w:r w:rsidRPr="00591291">
        <w:rPr>
          <w:rFonts w:cs="Times New Roman"/>
        </w:rPr>
        <w:t xml:space="preserve">Na </w:t>
      </w:r>
      <w:proofErr w:type="spellStart"/>
      <w:r w:rsidRPr="00591291">
        <w:rPr>
          <w:rFonts w:cs="Times New Roman"/>
        </w:rPr>
        <w:t>području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Općine</w:t>
      </w:r>
      <w:proofErr w:type="spellEnd"/>
      <w:r w:rsidRPr="00591291">
        <w:rPr>
          <w:rFonts w:cs="Times New Roman"/>
        </w:rPr>
        <w:t xml:space="preserve"> Bukovlje </w:t>
      </w:r>
      <w:proofErr w:type="spellStart"/>
      <w:r w:rsidRPr="00591291">
        <w:rPr>
          <w:rFonts w:cs="Times New Roman"/>
        </w:rPr>
        <w:t>zabranjeno</w:t>
      </w:r>
      <w:proofErr w:type="spellEnd"/>
      <w:r w:rsidRPr="00591291">
        <w:rPr>
          <w:rFonts w:cs="Times New Roman"/>
        </w:rPr>
        <w:t xml:space="preserve"> je </w:t>
      </w:r>
      <w:proofErr w:type="spellStart"/>
      <w:r w:rsidRPr="00591291">
        <w:rPr>
          <w:rFonts w:cs="Times New Roman"/>
        </w:rPr>
        <w:t>odbacivanje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izvan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mjesta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predviđenih</w:t>
      </w:r>
      <w:proofErr w:type="spellEnd"/>
      <w:r w:rsidRPr="00591291">
        <w:rPr>
          <w:rFonts w:cs="Times New Roman"/>
        </w:rPr>
        <w:t xml:space="preserve"> za </w:t>
      </w:r>
      <w:proofErr w:type="spellStart"/>
      <w:r w:rsidRPr="00591291">
        <w:rPr>
          <w:rFonts w:cs="Times New Roman"/>
        </w:rPr>
        <w:t>njegovo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odlaganje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odnosno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postupanje</w:t>
      </w:r>
      <w:proofErr w:type="spellEnd"/>
      <w:r w:rsidRPr="00591291">
        <w:rPr>
          <w:rFonts w:cs="Times New Roman"/>
        </w:rPr>
        <w:t xml:space="preserve"> s </w:t>
      </w:r>
      <w:proofErr w:type="spellStart"/>
      <w:r w:rsidRPr="00591291">
        <w:rPr>
          <w:rFonts w:cs="Times New Roman"/>
        </w:rPr>
        <w:t>otpadom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protivno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Zakonu</w:t>
      </w:r>
      <w:proofErr w:type="spellEnd"/>
      <w:r w:rsidRPr="00591291">
        <w:rPr>
          <w:rFonts w:cs="Times New Roman"/>
        </w:rPr>
        <w:t xml:space="preserve"> o </w:t>
      </w:r>
      <w:proofErr w:type="spellStart"/>
      <w:r w:rsidRPr="00591291">
        <w:rPr>
          <w:rFonts w:cs="Times New Roman"/>
        </w:rPr>
        <w:t>gospodarenju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otpadom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drugim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propisima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aktima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Općine</w:t>
      </w:r>
      <w:proofErr w:type="spellEnd"/>
      <w:r w:rsidRPr="00591291">
        <w:rPr>
          <w:rFonts w:cs="Times New Roman"/>
        </w:rPr>
        <w:t xml:space="preserve"> Bukovlje.</w:t>
      </w:r>
    </w:p>
    <w:p w14:paraId="1D9013F3" w14:textId="31D98018" w:rsidR="006514F7" w:rsidRPr="00591291" w:rsidRDefault="006514F7" w:rsidP="006514F7">
      <w:pPr>
        <w:spacing w:after="16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Posebno</w:t>
      </w:r>
      <w:proofErr w:type="spellEnd"/>
      <w:r w:rsidRPr="00591291">
        <w:rPr>
          <w:rFonts w:cs="Times New Roman"/>
        </w:rPr>
        <w:t xml:space="preserve"> je </w:t>
      </w:r>
      <w:proofErr w:type="spellStart"/>
      <w:r w:rsidRPr="00591291">
        <w:rPr>
          <w:rFonts w:cs="Times New Roman"/>
        </w:rPr>
        <w:t>zabranjeno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odbacivanje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javne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površine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uz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nerazvrstane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ceste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poljske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putove</w:t>
      </w:r>
      <w:proofErr w:type="spellEnd"/>
      <w:r w:rsidRPr="00591291">
        <w:rPr>
          <w:rFonts w:cs="Times New Roman"/>
        </w:rPr>
        <w:t xml:space="preserve">, u </w:t>
      </w:r>
      <w:proofErr w:type="spellStart"/>
      <w:r w:rsidRPr="00591291">
        <w:rPr>
          <w:rFonts w:cs="Times New Roman"/>
        </w:rPr>
        <w:t>šume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šumsko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zemljište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uz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vodotoke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kanale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zemljišta</w:t>
      </w:r>
      <w:proofErr w:type="spellEnd"/>
      <w:r w:rsidRPr="00591291">
        <w:rPr>
          <w:rFonts w:cs="Times New Roman"/>
        </w:rPr>
        <w:t xml:space="preserve"> u </w:t>
      </w:r>
      <w:proofErr w:type="spellStart"/>
      <w:r w:rsidRPr="00591291">
        <w:rPr>
          <w:rFonts w:cs="Times New Roman"/>
        </w:rPr>
        <w:t>vlasništvu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Općine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kao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druga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mjesta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koja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nisu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određena</w:t>
      </w:r>
      <w:proofErr w:type="spellEnd"/>
      <w:r w:rsidRPr="00591291">
        <w:rPr>
          <w:rFonts w:cs="Times New Roman"/>
        </w:rPr>
        <w:t xml:space="preserve"> za </w:t>
      </w:r>
      <w:proofErr w:type="spellStart"/>
      <w:r w:rsidRPr="00591291">
        <w:rPr>
          <w:rFonts w:cs="Times New Roman"/>
        </w:rPr>
        <w:t>gospodarenje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otpadom</w:t>
      </w:r>
      <w:proofErr w:type="spellEnd"/>
      <w:r w:rsidRPr="00591291">
        <w:rPr>
          <w:rFonts w:cs="Times New Roman"/>
        </w:rPr>
        <w:t>.</w:t>
      </w:r>
    </w:p>
    <w:p w14:paraId="73D8F845" w14:textId="77777777" w:rsidR="00591291" w:rsidRPr="00591291" w:rsidRDefault="00591291" w:rsidP="00591291">
      <w:pPr>
        <w:spacing w:after="0"/>
        <w:jc w:val="both"/>
        <w:rPr>
          <w:rFonts w:cs="Times New Roman"/>
        </w:rPr>
      </w:pPr>
    </w:p>
    <w:p w14:paraId="53E48522" w14:textId="18F2FBD8" w:rsidR="006514F7" w:rsidRPr="00591291" w:rsidRDefault="003E36C7" w:rsidP="00D26DFF">
      <w:pPr>
        <w:spacing w:after="60"/>
        <w:jc w:val="center"/>
        <w:rPr>
          <w:rFonts w:cs="Times New Roman"/>
          <w:b/>
        </w:rPr>
      </w:pPr>
      <w:proofErr w:type="spellStart"/>
      <w:r w:rsidRPr="00591291">
        <w:rPr>
          <w:rFonts w:cs="Times New Roman"/>
          <w:b/>
        </w:rPr>
        <w:t>Članak</w:t>
      </w:r>
      <w:proofErr w:type="spellEnd"/>
      <w:r w:rsidRPr="00591291">
        <w:rPr>
          <w:rFonts w:cs="Times New Roman"/>
          <w:b/>
        </w:rPr>
        <w:t xml:space="preserve"> </w:t>
      </w:r>
      <w:r w:rsidR="001E494F">
        <w:rPr>
          <w:rFonts w:cs="Times New Roman"/>
          <w:b/>
        </w:rPr>
        <w:t>5</w:t>
      </w:r>
      <w:r w:rsidRPr="00591291">
        <w:rPr>
          <w:rFonts w:cs="Times New Roman"/>
          <w:b/>
        </w:rPr>
        <w:t>.</w:t>
      </w:r>
    </w:p>
    <w:p w14:paraId="124565FA" w14:textId="4486E126" w:rsidR="00591291" w:rsidRPr="00591291" w:rsidRDefault="00591291" w:rsidP="00591291">
      <w:pPr>
        <w:spacing w:after="60"/>
        <w:ind w:firstLine="720"/>
        <w:jc w:val="both"/>
        <w:rPr>
          <w:rFonts w:cs="Times New Roman"/>
        </w:rPr>
      </w:pPr>
      <w:r w:rsidRPr="00591291">
        <w:rPr>
          <w:rFonts w:cs="Times New Roman"/>
        </w:rPr>
        <w:t xml:space="preserve">Radi </w:t>
      </w:r>
      <w:proofErr w:type="spellStart"/>
      <w:r w:rsidRPr="00591291">
        <w:rPr>
          <w:rFonts w:cs="Times New Roman"/>
        </w:rPr>
        <w:t>sprječavanja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nepropisnog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odbacivanja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Općina</w:t>
      </w:r>
      <w:proofErr w:type="spellEnd"/>
      <w:r w:rsidRPr="00591291">
        <w:rPr>
          <w:rFonts w:cs="Times New Roman"/>
        </w:rPr>
        <w:t xml:space="preserve"> Bukovlje </w:t>
      </w:r>
      <w:proofErr w:type="spellStart"/>
      <w:r w:rsidRPr="00591291">
        <w:rPr>
          <w:rFonts w:cs="Times New Roman"/>
        </w:rPr>
        <w:t>provodit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će</w:t>
      </w:r>
      <w:proofErr w:type="spellEnd"/>
      <w:r w:rsidRPr="00591291">
        <w:rPr>
          <w:rFonts w:cs="Times New Roman"/>
        </w:rPr>
        <w:t xml:space="preserve">, u </w:t>
      </w:r>
      <w:proofErr w:type="spellStart"/>
      <w:r w:rsidRPr="00591291">
        <w:rPr>
          <w:rFonts w:cs="Times New Roman"/>
        </w:rPr>
        <w:t>okviru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svojih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nadležnosti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="001E494F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raspoloživih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sredstava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osobito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sljedeće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mjere</w:t>
      </w:r>
      <w:proofErr w:type="spellEnd"/>
      <w:r w:rsidRPr="00591291">
        <w:rPr>
          <w:rFonts w:cs="Times New Roman"/>
        </w:rPr>
        <w:t>:</w:t>
      </w:r>
    </w:p>
    <w:p w14:paraId="101592C3" w14:textId="609857E9" w:rsidR="00A26116" w:rsidRPr="00591291" w:rsidRDefault="003E36C7" w:rsidP="004A0E9E">
      <w:pPr>
        <w:spacing w:after="160"/>
        <w:ind w:left="567" w:hanging="426"/>
        <w:rPr>
          <w:rFonts w:cs="Times New Roman"/>
        </w:rPr>
      </w:pPr>
      <w:r w:rsidRPr="00591291">
        <w:rPr>
          <w:rFonts w:cs="Times New Roman"/>
        </w:rPr>
        <w:br/>
        <w:t xml:space="preserve">1. </w:t>
      </w:r>
      <w:proofErr w:type="spellStart"/>
      <w:r w:rsidRPr="00591291">
        <w:rPr>
          <w:rFonts w:cs="Times New Roman"/>
        </w:rPr>
        <w:t>sustavno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praćenje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evidentiranje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lokacija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kojima</w:t>
      </w:r>
      <w:proofErr w:type="spellEnd"/>
      <w:r w:rsidRPr="00591291">
        <w:rPr>
          <w:rFonts w:cs="Times New Roman"/>
        </w:rPr>
        <w:t xml:space="preserve"> je </w:t>
      </w:r>
      <w:proofErr w:type="spellStart"/>
      <w:r w:rsidRPr="00591291">
        <w:rPr>
          <w:rFonts w:cs="Times New Roman"/>
        </w:rPr>
        <w:t>uočen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nepropisno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odbačeni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</w:t>
      </w:r>
      <w:proofErr w:type="spellEnd"/>
      <w:r w:rsidRPr="00591291">
        <w:rPr>
          <w:rFonts w:cs="Times New Roman"/>
        </w:rPr>
        <w:t>;</w:t>
      </w:r>
      <w:r w:rsidRPr="00591291">
        <w:rPr>
          <w:rFonts w:cs="Times New Roman"/>
        </w:rPr>
        <w:br/>
        <w:t xml:space="preserve">2. </w:t>
      </w:r>
      <w:proofErr w:type="spellStart"/>
      <w:r w:rsidRPr="00591291">
        <w:rPr>
          <w:rFonts w:cs="Times New Roman"/>
        </w:rPr>
        <w:t>redoviti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nadzor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obilazak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kritičnih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lokacija</w:t>
      </w:r>
      <w:proofErr w:type="spellEnd"/>
      <w:r w:rsidRPr="00591291">
        <w:rPr>
          <w:rFonts w:cs="Times New Roman"/>
        </w:rPr>
        <w:t>;</w:t>
      </w:r>
      <w:r w:rsidRPr="00591291">
        <w:rPr>
          <w:rFonts w:cs="Times New Roman"/>
        </w:rPr>
        <w:br/>
        <w:t xml:space="preserve">3. </w:t>
      </w:r>
      <w:proofErr w:type="spellStart"/>
      <w:r w:rsidRPr="00591291">
        <w:rPr>
          <w:rFonts w:cs="Times New Roman"/>
        </w:rPr>
        <w:t>postavljanje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oznaka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upozorenja</w:t>
      </w:r>
      <w:proofErr w:type="spellEnd"/>
      <w:r w:rsidRPr="00591291">
        <w:rPr>
          <w:rFonts w:cs="Times New Roman"/>
        </w:rPr>
        <w:t xml:space="preserve"> o </w:t>
      </w:r>
      <w:proofErr w:type="spellStart"/>
      <w:r w:rsidRPr="00591291">
        <w:rPr>
          <w:rFonts w:cs="Times New Roman"/>
        </w:rPr>
        <w:t>zabrani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odbacivanja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>;</w:t>
      </w:r>
      <w:r w:rsidRPr="00591291">
        <w:rPr>
          <w:rFonts w:cs="Times New Roman"/>
        </w:rPr>
        <w:br/>
        <w:t xml:space="preserve">4. </w:t>
      </w:r>
      <w:proofErr w:type="spellStart"/>
      <w:r w:rsidRPr="00591291">
        <w:rPr>
          <w:rFonts w:cs="Times New Roman"/>
        </w:rPr>
        <w:t>uklanjanje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propisno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zbrinjavanje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nepropisno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odbačenog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>;</w:t>
      </w:r>
      <w:r w:rsidRPr="00591291">
        <w:rPr>
          <w:rFonts w:cs="Times New Roman"/>
        </w:rPr>
        <w:br/>
      </w:r>
      <w:r w:rsidRPr="00591291">
        <w:rPr>
          <w:rFonts w:cs="Times New Roman"/>
        </w:rPr>
        <w:lastRenderedPageBreak/>
        <w:t xml:space="preserve">5. </w:t>
      </w:r>
      <w:proofErr w:type="spellStart"/>
      <w:r w:rsidRPr="00591291">
        <w:rPr>
          <w:rFonts w:cs="Times New Roman"/>
        </w:rPr>
        <w:t>sanaciju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lokacija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kojima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nastala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divlja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odlagališta</w:t>
      </w:r>
      <w:proofErr w:type="spellEnd"/>
      <w:r w:rsidRPr="00591291">
        <w:rPr>
          <w:rFonts w:cs="Times New Roman"/>
        </w:rPr>
        <w:t>;</w:t>
      </w:r>
      <w:r w:rsidRPr="00591291">
        <w:rPr>
          <w:rFonts w:cs="Times New Roman"/>
        </w:rPr>
        <w:br/>
        <w:t xml:space="preserve">6. </w:t>
      </w:r>
      <w:proofErr w:type="spellStart"/>
      <w:r w:rsidRPr="00591291">
        <w:rPr>
          <w:rFonts w:cs="Times New Roman"/>
        </w:rPr>
        <w:t>uređenje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saniranih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površina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poduzimanje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mjera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radi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sprječavanja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ponovnog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odlaganja</w:t>
      </w:r>
      <w:proofErr w:type="spellEnd"/>
      <w:r w:rsidRPr="00591291">
        <w:rPr>
          <w:rFonts w:cs="Times New Roman"/>
        </w:rPr>
        <w:t>;</w:t>
      </w:r>
      <w:r w:rsidRPr="00591291">
        <w:rPr>
          <w:rFonts w:cs="Times New Roman"/>
        </w:rPr>
        <w:br/>
        <w:t xml:space="preserve">7. </w:t>
      </w:r>
      <w:proofErr w:type="spellStart"/>
      <w:r w:rsidRPr="00591291">
        <w:rPr>
          <w:rFonts w:cs="Times New Roman"/>
        </w:rPr>
        <w:t>provedbu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edukativno-informativnih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aktivnosti</w:t>
      </w:r>
      <w:proofErr w:type="spellEnd"/>
      <w:r w:rsidRPr="00591291">
        <w:rPr>
          <w:rFonts w:cs="Times New Roman"/>
        </w:rPr>
        <w:t xml:space="preserve"> za </w:t>
      </w:r>
      <w:proofErr w:type="spellStart"/>
      <w:r w:rsidRPr="00591291">
        <w:rPr>
          <w:rFonts w:cs="Times New Roman"/>
        </w:rPr>
        <w:t>stanovništvo</w:t>
      </w:r>
      <w:proofErr w:type="spellEnd"/>
      <w:r w:rsidRPr="00591291">
        <w:rPr>
          <w:rFonts w:cs="Times New Roman"/>
        </w:rPr>
        <w:t>;</w:t>
      </w:r>
      <w:r w:rsidRPr="00591291">
        <w:rPr>
          <w:rFonts w:cs="Times New Roman"/>
        </w:rPr>
        <w:br/>
        <w:t xml:space="preserve">8. </w:t>
      </w:r>
      <w:proofErr w:type="spellStart"/>
      <w:r w:rsidRPr="00591291">
        <w:rPr>
          <w:rFonts w:cs="Times New Roman"/>
        </w:rPr>
        <w:t>informiranje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građana</w:t>
      </w:r>
      <w:proofErr w:type="spellEnd"/>
      <w:r w:rsidRPr="00591291">
        <w:rPr>
          <w:rFonts w:cs="Times New Roman"/>
        </w:rPr>
        <w:t xml:space="preserve"> o </w:t>
      </w:r>
      <w:proofErr w:type="spellStart"/>
      <w:r w:rsidRPr="00591291">
        <w:rPr>
          <w:rFonts w:cs="Times New Roman"/>
        </w:rPr>
        <w:t>mogućnostima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pravilnog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predavanja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odvajanja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>;</w:t>
      </w:r>
      <w:r w:rsidRPr="00591291">
        <w:rPr>
          <w:rFonts w:cs="Times New Roman"/>
        </w:rPr>
        <w:br/>
        <w:t xml:space="preserve">9. </w:t>
      </w:r>
      <w:proofErr w:type="spellStart"/>
      <w:r w:rsidRPr="00591291">
        <w:rPr>
          <w:rFonts w:cs="Times New Roman"/>
        </w:rPr>
        <w:t>poticanje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građana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prijavljivanje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lokacija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nepropisno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odbačenog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>;</w:t>
      </w:r>
      <w:r w:rsidRPr="00591291">
        <w:rPr>
          <w:rFonts w:cs="Times New Roman"/>
        </w:rPr>
        <w:br/>
        <w:t xml:space="preserve">10. </w:t>
      </w:r>
      <w:proofErr w:type="spellStart"/>
      <w:r w:rsidRPr="00591291">
        <w:rPr>
          <w:rFonts w:cs="Times New Roman"/>
        </w:rPr>
        <w:t>suradnju</w:t>
      </w:r>
      <w:proofErr w:type="spellEnd"/>
      <w:r w:rsidRPr="00591291">
        <w:rPr>
          <w:rFonts w:cs="Times New Roman"/>
        </w:rPr>
        <w:t xml:space="preserve"> s </w:t>
      </w:r>
      <w:proofErr w:type="spellStart"/>
      <w:r w:rsidRPr="00591291">
        <w:rPr>
          <w:rFonts w:cs="Times New Roman"/>
        </w:rPr>
        <w:t>davateljem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javne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usluge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nadležnim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inspekcijskim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tijelima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komunalnim</w:t>
      </w:r>
      <w:proofErr w:type="spellEnd"/>
      <w:r w:rsidRPr="00591291">
        <w:rPr>
          <w:rFonts w:cs="Times New Roman"/>
        </w:rPr>
        <w:t xml:space="preserve"> </w:t>
      </w:r>
      <w:r w:rsidR="004A0E9E">
        <w:rPr>
          <w:rFonts w:cs="Times New Roman"/>
        </w:rPr>
        <w:t xml:space="preserve">  </w:t>
      </w:r>
      <w:proofErr w:type="spellStart"/>
      <w:r w:rsidRPr="00591291">
        <w:rPr>
          <w:rFonts w:cs="Times New Roman"/>
        </w:rPr>
        <w:t>redarstvom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drugim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nadležnim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tijelima</w:t>
      </w:r>
      <w:proofErr w:type="spellEnd"/>
      <w:r w:rsidRPr="00591291">
        <w:rPr>
          <w:rFonts w:cs="Times New Roman"/>
        </w:rPr>
        <w:t>;</w:t>
      </w:r>
      <w:r w:rsidRPr="00591291">
        <w:rPr>
          <w:rFonts w:cs="Times New Roman"/>
        </w:rPr>
        <w:br/>
        <w:t xml:space="preserve">11. </w:t>
      </w:r>
      <w:proofErr w:type="spellStart"/>
      <w:r w:rsidRPr="00591291">
        <w:rPr>
          <w:rFonts w:cs="Times New Roman"/>
        </w:rPr>
        <w:t>druge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mjere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utvrđene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važećim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propisima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potrebne</w:t>
      </w:r>
      <w:proofErr w:type="spellEnd"/>
      <w:r w:rsidRPr="00591291">
        <w:rPr>
          <w:rFonts w:cs="Times New Roman"/>
        </w:rPr>
        <w:t xml:space="preserve"> za </w:t>
      </w:r>
      <w:proofErr w:type="spellStart"/>
      <w:r w:rsidRPr="00591291">
        <w:rPr>
          <w:rFonts w:cs="Times New Roman"/>
        </w:rPr>
        <w:t>ostvarivanje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cilja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ove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Odluke</w:t>
      </w:r>
      <w:proofErr w:type="spellEnd"/>
      <w:r w:rsidRPr="00591291">
        <w:rPr>
          <w:rFonts w:cs="Times New Roman"/>
        </w:rPr>
        <w:t>.</w:t>
      </w:r>
    </w:p>
    <w:p w14:paraId="015A445D" w14:textId="77777777" w:rsidR="00591291" w:rsidRPr="00591291" w:rsidRDefault="00591291" w:rsidP="006514F7">
      <w:pPr>
        <w:spacing w:after="0"/>
        <w:rPr>
          <w:rFonts w:cs="Times New Roman"/>
          <w:b/>
        </w:rPr>
      </w:pPr>
    </w:p>
    <w:p w14:paraId="267052CE" w14:textId="5BCF6912" w:rsidR="001E494F" w:rsidRDefault="001E494F" w:rsidP="00D26DFF">
      <w:pPr>
        <w:spacing w:after="60"/>
        <w:jc w:val="center"/>
        <w:rPr>
          <w:rFonts w:cs="Times New Roman"/>
          <w:b/>
        </w:rPr>
      </w:pPr>
      <w:proofErr w:type="spellStart"/>
      <w:r>
        <w:rPr>
          <w:rFonts w:cs="Times New Roman"/>
          <w:b/>
        </w:rPr>
        <w:t>Članak</w:t>
      </w:r>
      <w:proofErr w:type="spellEnd"/>
      <w:r>
        <w:rPr>
          <w:rFonts w:cs="Times New Roman"/>
          <w:b/>
        </w:rPr>
        <w:t xml:space="preserve"> 6.</w:t>
      </w:r>
    </w:p>
    <w:p w14:paraId="1D4E8730" w14:textId="3EFEB32D" w:rsidR="001E494F" w:rsidRDefault="001E494F" w:rsidP="00D26DFF">
      <w:pPr>
        <w:spacing w:after="60"/>
        <w:ind w:firstLine="720"/>
        <w:jc w:val="both"/>
        <w:rPr>
          <w:rFonts w:cs="Times New Roman"/>
          <w:bCs/>
        </w:rPr>
      </w:pPr>
      <w:proofErr w:type="spellStart"/>
      <w:r>
        <w:rPr>
          <w:rFonts w:cs="Times New Roman"/>
          <w:bCs/>
        </w:rPr>
        <w:t>Protuzakonito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odbačeni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otpad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može</w:t>
      </w:r>
      <w:proofErr w:type="spellEnd"/>
      <w:r>
        <w:rPr>
          <w:rFonts w:cs="Times New Roman"/>
          <w:bCs/>
        </w:rPr>
        <w:t xml:space="preserve"> se </w:t>
      </w:r>
      <w:proofErr w:type="spellStart"/>
      <w:r>
        <w:rPr>
          <w:rFonts w:cs="Times New Roman"/>
          <w:bCs/>
        </w:rPr>
        <w:t>prijaviti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na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sljedeće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načine</w:t>
      </w:r>
      <w:proofErr w:type="spellEnd"/>
      <w:r>
        <w:rPr>
          <w:rFonts w:cs="Times New Roman"/>
          <w:bCs/>
        </w:rPr>
        <w:t>:</w:t>
      </w:r>
    </w:p>
    <w:p w14:paraId="1BB148E1" w14:textId="54CA5F1E" w:rsidR="001E494F" w:rsidRDefault="001E494F" w:rsidP="00D26DFF">
      <w:pPr>
        <w:spacing w:after="60" w:line="240" w:lineRule="auto"/>
        <w:ind w:left="567"/>
        <w:jc w:val="both"/>
        <w:rPr>
          <w:rFonts w:cs="Times New Roman"/>
          <w:bCs/>
        </w:rPr>
      </w:pPr>
      <w:r>
        <w:rPr>
          <w:rFonts w:cs="Times New Roman"/>
          <w:bCs/>
        </w:rPr>
        <w:t>-</w:t>
      </w:r>
      <w:proofErr w:type="spellStart"/>
      <w:r>
        <w:rPr>
          <w:rFonts w:cs="Times New Roman"/>
          <w:bCs/>
        </w:rPr>
        <w:t>telefonom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ili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elektroničkom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poštom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objavljenoj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na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stranici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Općine</w:t>
      </w:r>
      <w:proofErr w:type="spellEnd"/>
      <w:r>
        <w:rPr>
          <w:rFonts w:cs="Times New Roman"/>
          <w:bCs/>
        </w:rPr>
        <w:t xml:space="preserve"> Bukovlje</w:t>
      </w:r>
    </w:p>
    <w:p w14:paraId="62289554" w14:textId="0FF6DD0F" w:rsidR="001E494F" w:rsidRDefault="001E494F" w:rsidP="00D26DFF">
      <w:pPr>
        <w:spacing w:after="60" w:line="240" w:lineRule="auto"/>
        <w:ind w:left="567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-u </w:t>
      </w:r>
      <w:proofErr w:type="spellStart"/>
      <w:r>
        <w:rPr>
          <w:rFonts w:cs="Times New Roman"/>
          <w:bCs/>
        </w:rPr>
        <w:t>prostorijama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Općine</w:t>
      </w:r>
      <w:proofErr w:type="spellEnd"/>
      <w:r>
        <w:rPr>
          <w:rFonts w:cs="Times New Roman"/>
          <w:bCs/>
        </w:rPr>
        <w:t xml:space="preserve"> Bukovlje</w:t>
      </w:r>
    </w:p>
    <w:p w14:paraId="55D9F582" w14:textId="1293D3F3" w:rsidR="001E494F" w:rsidRPr="001E494F" w:rsidRDefault="001E494F" w:rsidP="00D26DFF">
      <w:pPr>
        <w:spacing w:after="60" w:line="240" w:lineRule="auto"/>
        <w:ind w:left="567"/>
        <w:jc w:val="both"/>
        <w:rPr>
          <w:rFonts w:cs="Times New Roman"/>
          <w:bCs/>
        </w:rPr>
      </w:pPr>
      <w:r>
        <w:rPr>
          <w:rFonts w:cs="Times New Roman"/>
          <w:bCs/>
        </w:rPr>
        <w:t>-</w:t>
      </w:r>
      <w:proofErr w:type="spellStart"/>
      <w:r>
        <w:rPr>
          <w:rFonts w:cs="Times New Roman"/>
          <w:bCs/>
        </w:rPr>
        <w:t>pisanim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putem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na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adresu</w:t>
      </w:r>
      <w:proofErr w:type="spellEnd"/>
      <w:r>
        <w:rPr>
          <w:rFonts w:cs="Times New Roman"/>
          <w:bCs/>
        </w:rPr>
        <w:t xml:space="preserve"> </w:t>
      </w:r>
      <w:proofErr w:type="spellStart"/>
      <w:r>
        <w:rPr>
          <w:rFonts w:cs="Times New Roman"/>
          <w:bCs/>
        </w:rPr>
        <w:t>Općine</w:t>
      </w:r>
      <w:proofErr w:type="spellEnd"/>
      <w:r>
        <w:rPr>
          <w:rFonts w:cs="Times New Roman"/>
          <w:bCs/>
        </w:rPr>
        <w:t xml:space="preserve"> Bukovlje</w:t>
      </w:r>
    </w:p>
    <w:p w14:paraId="419C817D" w14:textId="77777777" w:rsidR="001E494F" w:rsidRDefault="001E494F" w:rsidP="00591291">
      <w:pPr>
        <w:spacing w:after="60"/>
        <w:jc w:val="center"/>
        <w:rPr>
          <w:rFonts w:cs="Times New Roman"/>
          <w:b/>
        </w:rPr>
      </w:pPr>
    </w:p>
    <w:p w14:paraId="6A8FBB8E" w14:textId="4C2CA4CE" w:rsidR="006514F7" w:rsidRPr="00D26DFF" w:rsidRDefault="003E36C7" w:rsidP="00D26DFF">
      <w:pPr>
        <w:spacing w:after="60"/>
        <w:jc w:val="center"/>
        <w:rPr>
          <w:rFonts w:cs="Times New Roman"/>
          <w:b/>
        </w:rPr>
      </w:pPr>
      <w:proofErr w:type="spellStart"/>
      <w:r w:rsidRPr="00591291">
        <w:rPr>
          <w:rFonts w:cs="Times New Roman"/>
          <w:b/>
        </w:rPr>
        <w:t>Članak</w:t>
      </w:r>
      <w:proofErr w:type="spellEnd"/>
      <w:r w:rsidRPr="00591291">
        <w:rPr>
          <w:rFonts w:cs="Times New Roman"/>
          <w:b/>
        </w:rPr>
        <w:t xml:space="preserve"> </w:t>
      </w:r>
      <w:r w:rsidR="008E7A01">
        <w:rPr>
          <w:rFonts w:cs="Times New Roman"/>
          <w:b/>
        </w:rPr>
        <w:t>7</w:t>
      </w:r>
      <w:r w:rsidRPr="00591291">
        <w:rPr>
          <w:rFonts w:cs="Times New Roman"/>
          <w:b/>
        </w:rPr>
        <w:t>.</w:t>
      </w:r>
    </w:p>
    <w:p w14:paraId="02731BBE" w14:textId="2B1039D5" w:rsidR="006514F7" w:rsidRDefault="003E36C7" w:rsidP="006514F7">
      <w:pPr>
        <w:spacing w:after="16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Općina</w:t>
      </w:r>
      <w:proofErr w:type="spellEnd"/>
      <w:r w:rsidRPr="00591291">
        <w:rPr>
          <w:rFonts w:cs="Times New Roman"/>
        </w:rPr>
        <w:t xml:space="preserve"> Bukovlje </w:t>
      </w:r>
      <w:proofErr w:type="spellStart"/>
      <w:r w:rsidRPr="00591291">
        <w:rPr>
          <w:rFonts w:cs="Times New Roman"/>
        </w:rPr>
        <w:t>vodit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će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evidenciju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lokacija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="006514F7">
        <w:rPr>
          <w:rFonts w:cs="Times New Roman"/>
        </w:rPr>
        <w:t>k</w:t>
      </w:r>
      <w:r w:rsidR="00591291" w:rsidRPr="00591291">
        <w:rPr>
          <w:rFonts w:cs="Times New Roman"/>
        </w:rPr>
        <w:t>ojima</w:t>
      </w:r>
      <w:proofErr w:type="spellEnd"/>
      <w:r w:rsidRPr="00591291">
        <w:rPr>
          <w:rFonts w:cs="Times New Roman"/>
        </w:rPr>
        <w:t xml:space="preserve"> je </w:t>
      </w:r>
      <w:proofErr w:type="spellStart"/>
      <w:r w:rsidRPr="00591291">
        <w:rPr>
          <w:rFonts w:cs="Times New Roman"/>
        </w:rPr>
        <w:t>utvrđeno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nepropisno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odbacivanje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>.</w:t>
      </w:r>
    </w:p>
    <w:p w14:paraId="55A252B0" w14:textId="19D4FF5D" w:rsidR="00591291" w:rsidRPr="00D26DFF" w:rsidRDefault="003E36C7" w:rsidP="00D26DFF">
      <w:pPr>
        <w:spacing w:after="16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Evidencija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osobito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može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sadržavati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podatke</w:t>
      </w:r>
      <w:proofErr w:type="spellEnd"/>
      <w:r w:rsidRPr="00591291">
        <w:rPr>
          <w:rFonts w:cs="Times New Roman"/>
        </w:rPr>
        <w:t xml:space="preserve"> o </w:t>
      </w:r>
      <w:proofErr w:type="spellStart"/>
      <w:r w:rsidRPr="00591291">
        <w:rPr>
          <w:rFonts w:cs="Times New Roman"/>
        </w:rPr>
        <w:t>lokaciji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vrsti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procijenjenoj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količini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datumu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uočavanja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fotografsku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dokumentaciju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poduzete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mjere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podatke</w:t>
      </w:r>
      <w:proofErr w:type="spellEnd"/>
      <w:r w:rsidRPr="00591291">
        <w:rPr>
          <w:rFonts w:cs="Times New Roman"/>
        </w:rPr>
        <w:t xml:space="preserve"> o </w:t>
      </w:r>
      <w:proofErr w:type="spellStart"/>
      <w:r w:rsidRPr="00591291">
        <w:rPr>
          <w:rFonts w:cs="Times New Roman"/>
        </w:rPr>
        <w:t>uklanjanju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zbrinjavanju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>.</w:t>
      </w:r>
    </w:p>
    <w:p w14:paraId="323C7E4A" w14:textId="7E981C66" w:rsidR="00A26116" w:rsidRDefault="003E36C7" w:rsidP="00591291">
      <w:pPr>
        <w:spacing w:after="60"/>
        <w:jc w:val="center"/>
        <w:rPr>
          <w:rFonts w:cs="Times New Roman"/>
          <w:b/>
        </w:rPr>
      </w:pPr>
      <w:proofErr w:type="spellStart"/>
      <w:r w:rsidRPr="00591291">
        <w:rPr>
          <w:rFonts w:cs="Times New Roman"/>
          <w:b/>
        </w:rPr>
        <w:t>Članak</w:t>
      </w:r>
      <w:proofErr w:type="spellEnd"/>
      <w:r w:rsidRPr="00591291">
        <w:rPr>
          <w:rFonts w:cs="Times New Roman"/>
          <w:b/>
        </w:rPr>
        <w:t xml:space="preserve"> </w:t>
      </w:r>
      <w:r w:rsidR="008E7A01">
        <w:rPr>
          <w:rFonts w:cs="Times New Roman"/>
          <w:b/>
        </w:rPr>
        <w:t>8</w:t>
      </w:r>
      <w:r w:rsidRPr="00591291">
        <w:rPr>
          <w:rFonts w:cs="Times New Roman"/>
          <w:b/>
        </w:rPr>
        <w:t>.</w:t>
      </w:r>
    </w:p>
    <w:p w14:paraId="5987C6BA" w14:textId="77777777" w:rsidR="006514F7" w:rsidRPr="00591291" w:rsidRDefault="006514F7" w:rsidP="006514F7">
      <w:pPr>
        <w:spacing w:after="0"/>
        <w:jc w:val="center"/>
        <w:rPr>
          <w:rFonts w:cs="Times New Roman"/>
        </w:rPr>
      </w:pPr>
    </w:p>
    <w:p w14:paraId="0CE17C07" w14:textId="77777777" w:rsidR="006514F7" w:rsidRDefault="003E36C7" w:rsidP="006514F7">
      <w:pPr>
        <w:spacing w:after="160"/>
        <w:ind w:firstLine="720"/>
        <w:jc w:val="both"/>
        <w:rPr>
          <w:rFonts w:cs="Times New Roman"/>
        </w:rPr>
      </w:pPr>
      <w:r w:rsidRPr="00591291">
        <w:rPr>
          <w:rFonts w:cs="Times New Roman"/>
        </w:rPr>
        <w:t xml:space="preserve">U </w:t>
      </w:r>
      <w:proofErr w:type="spellStart"/>
      <w:r w:rsidRPr="00591291">
        <w:rPr>
          <w:rFonts w:cs="Times New Roman"/>
        </w:rPr>
        <w:t>slučaju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kada</w:t>
      </w:r>
      <w:proofErr w:type="spellEnd"/>
      <w:r w:rsidRPr="00591291">
        <w:rPr>
          <w:rFonts w:cs="Times New Roman"/>
        </w:rPr>
        <w:t xml:space="preserve"> je </w:t>
      </w:r>
      <w:proofErr w:type="spellStart"/>
      <w:r w:rsidRPr="00591291">
        <w:rPr>
          <w:rFonts w:cs="Times New Roman"/>
        </w:rPr>
        <w:t>počinitelj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nepropisnog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odbacivanja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poznat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Općina</w:t>
      </w:r>
      <w:proofErr w:type="spellEnd"/>
      <w:r w:rsidRPr="00591291">
        <w:rPr>
          <w:rFonts w:cs="Times New Roman"/>
        </w:rPr>
        <w:t xml:space="preserve"> Bukovlje </w:t>
      </w:r>
      <w:proofErr w:type="spellStart"/>
      <w:r w:rsidRPr="00591291">
        <w:rPr>
          <w:rFonts w:cs="Times New Roman"/>
        </w:rPr>
        <w:t>će</w:t>
      </w:r>
      <w:proofErr w:type="spellEnd"/>
      <w:r w:rsidRPr="00591291">
        <w:rPr>
          <w:rFonts w:cs="Times New Roman"/>
        </w:rPr>
        <w:t xml:space="preserve">, u </w:t>
      </w:r>
      <w:proofErr w:type="spellStart"/>
      <w:r w:rsidRPr="00591291">
        <w:rPr>
          <w:rFonts w:cs="Times New Roman"/>
        </w:rPr>
        <w:t>okviru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svojih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nadležnosti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poduzeti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odgovarajuće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radnje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radi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utvrđivanja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odgovornosti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počinitelja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uklanjanja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naknade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troškova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uklanjanja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sukladno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važećim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propisima</w:t>
      </w:r>
      <w:proofErr w:type="spellEnd"/>
      <w:r w:rsidRPr="00591291">
        <w:rPr>
          <w:rFonts w:cs="Times New Roman"/>
        </w:rPr>
        <w:t>.</w:t>
      </w:r>
    </w:p>
    <w:p w14:paraId="0EA782F4" w14:textId="67BB5C68" w:rsidR="008E7A01" w:rsidRPr="00D26DFF" w:rsidRDefault="003E36C7" w:rsidP="00D26DFF">
      <w:pPr>
        <w:spacing w:after="16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Kada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počinitelja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nije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moguće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utvrditi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Općina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će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poduzeti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mjere</w:t>
      </w:r>
      <w:proofErr w:type="spellEnd"/>
      <w:r w:rsidRPr="00591291">
        <w:rPr>
          <w:rFonts w:cs="Times New Roman"/>
        </w:rPr>
        <w:t xml:space="preserve"> za </w:t>
      </w:r>
      <w:proofErr w:type="spellStart"/>
      <w:r w:rsidRPr="00591291">
        <w:rPr>
          <w:rFonts w:cs="Times New Roman"/>
        </w:rPr>
        <w:t>uklanjanje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propisno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zbrinjavanje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, u </w:t>
      </w:r>
      <w:proofErr w:type="spellStart"/>
      <w:r w:rsidRPr="00591291">
        <w:rPr>
          <w:rFonts w:cs="Times New Roman"/>
        </w:rPr>
        <w:t>skladu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zakonom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raspoloživim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proračunskim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sredstvima</w:t>
      </w:r>
      <w:proofErr w:type="spellEnd"/>
      <w:r w:rsidRPr="00591291">
        <w:rPr>
          <w:rFonts w:cs="Times New Roman"/>
        </w:rPr>
        <w:t>.</w:t>
      </w:r>
    </w:p>
    <w:p w14:paraId="428485A4" w14:textId="77777777" w:rsidR="00FF3C84" w:rsidRDefault="00FF3C84" w:rsidP="006514F7">
      <w:pPr>
        <w:spacing w:after="60"/>
        <w:jc w:val="center"/>
        <w:rPr>
          <w:rFonts w:cs="Times New Roman"/>
          <w:b/>
        </w:rPr>
      </w:pPr>
    </w:p>
    <w:p w14:paraId="1A39A8D3" w14:textId="30FBAF65" w:rsidR="00A26116" w:rsidRDefault="003E36C7" w:rsidP="006514F7">
      <w:pPr>
        <w:spacing w:after="60"/>
        <w:jc w:val="center"/>
        <w:rPr>
          <w:rFonts w:cs="Times New Roman"/>
          <w:b/>
        </w:rPr>
      </w:pPr>
      <w:proofErr w:type="spellStart"/>
      <w:r w:rsidRPr="00591291">
        <w:rPr>
          <w:rFonts w:cs="Times New Roman"/>
          <w:b/>
        </w:rPr>
        <w:t>Članak</w:t>
      </w:r>
      <w:proofErr w:type="spellEnd"/>
      <w:r w:rsidRPr="00591291">
        <w:rPr>
          <w:rFonts w:cs="Times New Roman"/>
          <w:b/>
        </w:rPr>
        <w:t xml:space="preserve"> </w:t>
      </w:r>
      <w:r w:rsidR="008E7A01">
        <w:rPr>
          <w:rFonts w:cs="Times New Roman"/>
          <w:b/>
        </w:rPr>
        <w:t>9</w:t>
      </w:r>
      <w:r w:rsidRPr="00591291">
        <w:rPr>
          <w:rFonts w:cs="Times New Roman"/>
          <w:b/>
        </w:rPr>
        <w:t>.</w:t>
      </w:r>
    </w:p>
    <w:p w14:paraId="46C75D16" w14:textId="77777777" w:rsidR="006514F7" w:rsidRPr="00591291" w:rsidRDefault="006514F7" w:rsidP="006514F7">
      <w:pPr>
        <w:spacing w:after="0"/>
        <w:jc w:val="center"/>
        <w:rPr>
          <w:rFonts w:cs="Times New Roman"/>
        </w:rPr>
      </w:pPr>
    </w:p>
    <w:p w14:paraId="4B350676" w14:textId="237BC5CE" w:rsidR="00591291" w:rsidRPr="00591291" w:rsidRDefault="00591291" w:rsidP="006514F7">
      <w:pPr>
        <w:pStyle w:val="Bezproreda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91291">
        <w:rPr>
          <w:rFonts w:ascii="Times New Roman" w:hAnsi="Times New Roman" w:cs="Times New Roman"/>
          <w:sz w:val="24"/>
          <w:szCs w:val="24"/>
        </w:rPr>
        <w:t xml:space="preserve">Radi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sprječavanja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ponovnog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nastanka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divljih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odlagališta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nakon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provedene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sanacije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Općina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Bukovlje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može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ovisno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stanju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lokaciji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poduzeti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osobito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sljedeće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mjere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>:</w:t>
      </w:r>
    </w:p>
    <w:p w14:paraId="42F4E455" w14:textId="7107B725" w:rsidR="00FF3C84" w:rsidRPr="00FF3C84" w:rsidRDefault="003E36C7" w:rsidP="00FF3C84">
      <w:pPr>
        <w:pStyle w:val="Bezproreda"/>
        <w:ind w:left="567"/>
        <w:rPr>
          <w:rFonts w:ascii="Times New Roman" w:hAnsi="Times New Roman" w:cs="Times New Roman"/>
          <w:sz w:val="24"/>
          <w:szCs w:val="24"/>
        </w:rPr>
      </w:pPr>
      <w:r w:rsidRPr="00591291">
        <w:rPr>
          <w:rFonts w:ascii="Times New Roman" w:hAnsi="Times New Roman" w:cs="Times New Roman"/>
          <w:sz w:val="24"/>
          <w:szCs w:val="24"/>
        </w:rPr>
        <w:br/>
        <w:t xml:space="preserve">1.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postaviti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94F">
        <w:rPr>
          <w:rFonts w:ascii="Times New Roman" w:hAnsi="Times New Roman" w:cs="Times New Roman"/>
          <w:sz w:val="24"/>
          <w:szCs w:val="24"/>
        </w:rPr>
        <w:t>obavijesne</w:t>
      </w:r>
      <w:proofErr w:type="spellEnd"/>
      <w:r w:rsidR="001E49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94F">
        <w:rPr>
          <w:rFonts w:ascii="Times New Roman" w:hAnsi="Times New Roman" w:cs="Times New Roman"/>
          <w:sz w:val="24"/>
          <w:szCs w:val="24"/>
        </w:rPr>
        <w:t>ploče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zabrane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odbacivanja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otpada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>;</w:t>
      </w:r>
      <w:r w:rsidRPr="00591291">
        <w:rPr>
          <w:rFonts w:ascii="Times New Roman" w:hAnsi="Times New Roman" w:cs="Times New Roman"/>
          <w:sz w:val="24"/>
          <w:szCs w:val="24"/>
        </w:rPr>
        <w:br/>
        <w:t xml:space="preserve">2.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urediti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ozeleniti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saniranu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površinu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>;</w:t>
      </w:r>
      <w:r w:rsidRPr="00591291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postaviti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fizičke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prepreke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pogodnim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lokacijama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je to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dopušteno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opravdano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>;</w:t>
      </w:r>
      <w:r w:rsidRPr="00591291">
        <w:rPr>
          <w:rFonts w:ascii="Times New Roman" w:hAnsi="Times New Roman" w:cs="Times New Roman"/>
          <w:sz w:val="24"/>
          <w:szCs w:val="24"/>
        </w:rPr>
        <w:br/>
        <w:t xml:space="preserve">4.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provoditi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pojačani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nadzor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lokacije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>;</w:t>
      </w:r>
      <w:r w:rsidRPr="00591291">
        <w:rPr>
          <w:rFonts w:ascii="Times New Roman" w:hAnsi="Times New Roman" w:cs="Times New Roman"/>
          <w:sz w:val="24"/>
          <w:szCs w:val="24"/>
        </w:rPr>
        <w:br/>
        <w:t xml:space="preserve">5.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postaviti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videonadzor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kada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za to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postoje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zakonski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tehnički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uvjeti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>;</w:t>
      </w:r>
      <w:r w:rsidRPr="00591291">
        <w:rPr>
          <w:rFonts w:ascii="Times New Roman" w:hAnsi="Times New Roman" w:cs="Times New Roman"/>
          <w:sz w:val="24"/>
          <w:szCs w:val="24"/>
        </w:rPr>
        <w:br/>
        <w:t xml:space="preserve">6.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provoditi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dodatne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informativne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edukativne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1291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591291">
        <w:rPr>
          <w:rFonts w:ascii="Times New Roman" w:hAnsi="Times New Roman" w:cs="Times New Roman"/>
          <w:sz w:val="24"/>
          <w:szCs w:val="24"/>
        </w:rPr>
        <w:t>.</w:t>
      </w:r>
    </w:p>
    <w:p w14:paraId="2A91FC0F" w14:textId="1B5556BF" w:rsidR="001E494F" w:rsidRDefault="001E494F" w:rsidP="00D26DFF">
      <w:pPr>
        <w:spacing w:after="60"/>
        <w:jc w:val="center"/>
        <w:rPr>
          <w:rFonts w:cs="Times New Roman"/>
          <w:b/>
          <w:szCs w:val="24"/>
        </w:rPr>
      </w:pPr>
      <w:proofErr w:type="spellStart"/>
      <w:r>
        <w:rPr>
          <w:rFonts w:cs="Times New Roman"/>
          <w:b/>
          <w:szCs w:val="24"/>
        </w:rPr>
        <w:lastRenderedPageBreak/>
        <w:t>Članak</w:t>
      </w:r>
      <w:proofErr w:type="spellEnd"/>
      <w:r>
        <w:rPr>
          <w:rFonts w:cs="Times New Roman"/>
          <w:b/>
          <w:szCs w:val="24"/>
        </w:rPr>
        <w:t xml:space="preserve"> </w:t>
      </w:r>
      <w:r w:rsidR="008E7A01">
        <w:rPr>
          <w:rFonts w:cs="Times New Roman"/>
          <w:b/>
          <w:szCs w:val="24"/>
        </w:rPr>
        <w:t>10</w:t>
      </w:r>
      <w:r>
        <w:rPr>
          <w:rFonts w:cs="Times New Roman"/>
          <w:b/>
          <w:szCs w:val="24"/>
        </w:rPr>
        <w:t>.</w:t>
      </w:r>
    </w:p>
    <w:p w14:paraId="1B9583CE" w14:textId="08F0F3A3" w:rsidR="001E494F" w:rsidRPr="00FF3C84" w:rsidRDefault="001E494F" w:rsidP="00FF3C84">
      <w:pPr>
        <w:spacing w:after="60"/>
        <w:ind w:firstLine="720"/>
        <w:jc w:val="both"/>
        <w:rPr>
          <w:rFonts w:cs="Times New Roman"/>
          <w:bCs/>
          <w:szCs w:val="24"/>
        </w:rPr>
      </w:pPr>
      <w:proofErr w:type="spellStart"/>
      <w:r w:rsidRPr="001E494F">
        <w:rPr>
          <w:rFonts w:cs="Times New Roman"/>
          <w:bCs/>
          <w:szCs w:val="24"/>
        </w:rPr>
        <w:t>Obavijesne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ploče</w:t>
      </w:r>
      <w:proofErr w:type="spellEnd"/>
      <w:r>
        <w:rPr>
          <w:rFonts w:cs="Times New Roman"/>
          <w:bCs/>
          <w:szCs w:val="24"/>
        </w:rPr>
        <w:t xml:space="preserve"> o </w:t>
      </w:r>
      <w:proofErr w:type="spellStart"/>
      <w:r>
        <w:rPr>
          <w:rFonts w:cs="Times New Roman"/>
          <w:bCs/>
          <w:szCs w:val="24"/>
        </w:rPr>
        <w:t>zabrani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odbacivanja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otpada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postavljaju</w:t>
      </w:r>
      <w:proofErr w:type="spellEnd"/>
      <w:r>
        <w:rPr>
          <w:rFonts w:cs="Times New Roman"/>
          <w:bCs/>
          <w:szCs w:val="24"/>
        </w:rPr>
        <w:t xml:space="preserve"> se </w:t>
      </w:r>
      <w:proofErr w:type="spellStart"/>
      <w:r>
        <w:rPr>
          <w:rFonts w:cs="Times New Roman"/>
          <w:bCs/>
          <w:szCs w:val="24"/>
        </w:rPr>
        <w:t>na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lokacije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na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kojima</w:t>
      </w:r>
      <w:proofErr w:type="spellEnd"/>
      <w:r>
        <w:rPr>
          <w:rFonts w:cs="Times New Roman"/>
          <w:bCs/>
          <w:szCs w:val="24"/>
        </w:rPr>
        <w:t xml:space="preserve"> se </w:t>
      </w:r>
      <w:proofErr w:type="spellStart"/>
      <w:r>
        <w:rPr>
          <w:rFonts w:cs="Times New Roman"/>
          <w:bCs/>
          <w:szCs w:val="24"/>
        </w:rPr>
        <w:t>učestalo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protuzakonito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odbacuje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otpad</w:t>
      </w:r>
      <w:proofErr w:type="spellEnd"/>
      <w:r>
        <w:rPr>
          <w:rFonts w:cs="Times New Roman"/>
          <w:bCs/>
          <w:szCs w:val="24"/>
        </w:rPr>
        <w:t xml:space="preserve">. </w:t>
      </w:r>
    </w:p>
    <w:p w14:paraId="157D4484" w14:textId="33EDAD90" w:rsidR="001E494F" w:rsidRDefault="001E494F" w:rsidP="00D26DFF">
      <w:pPr>
        <w:spacing w:after="60"/>
        <w:jc w:val="center"/>
        <w:rPr>
          <w:rFonts w:cs="Times New Roman"/>
          <w:b/>
          <w:szCs w:val="24"/>
        </w:rPr>
      </w:pPr>
      <w:proofErr w:type="spellStart"/>
      <w:r>
        <w:rPr>
          <w:rFonts w:cs="Times New Roman"/>
          <w:b/>
          <w:szCs w:val="24"/>
        </w:rPr>
        <w:t>Članak</w:t>
      </w:r>
      <w:proofErr w:type="spellEnd"/>
      <w:r w:rsidR="003317E7">
        <w:rPr>
          <w:rFonts w:cs="Times New Roman"/>
          <w:b/>
          <w:szCs w:val="24"/>
        </w:rPr>
        <w:t xml:space="preserve"> 11.</w:t>
      </w:r>
    </w:p>
    <w:p w14:paraId="60B449DF" w14:textId="022EC7A9" w:rsidR="001E494F" w:rsidRPr="004C5274" w:rsidRDefault="004C5274" w:rsidP="00D26DFF">
      <w:pPr>
        <w:spacing w:after="60"/>
        <w:ind w:firstLine="720"/>
        <w:jc w:val="both"/>
        <w:rPr>
          <w:rFonts w:cs="Times New Roman"/>
          <w:bCs/>
          <w:szCs w:val="24"/>
        </w:rPr>
      </w:pPr>
      <w:proofErr w:type="spellStart"/>
      <w:r w:rsidRPr="004C5274">
        <w:rPr>
          <w:rFonts w:cs="Times New Roman"/>
          <w:bCs/>
          <w:szCs w:val="24"/>
        </w:rPr>
        <w:t>Protuzakonito</w:t>
      </w:r>
      <w:proofErr w:type="spellEnd"/>
      <w:r w:rsidRPr="004C5274"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odbačeni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otpad</w:t>
      </w:r>
      <w:proofErr w:type="spellEnd"/>
      <w:r>
        <w:rPr>
          <w:rFonts w:cs="Times New Roman"/>
          <w:bCs/>
          <w:szCs w:val="24"/>
        </w:rPr>
        <w:t xml:space="preserve"> mora se predate </w:t>
      </w:r>
      <w:proofErr w:type="spellStart"/>
      <w:r>
        <w:rPr>
          <w:rFonts w:cs="Times New Roman"/>
          <w:bCs/>
          <w:szCs w:val="24"/>
        </w:rPr>
        <w:t>osobi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koja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posjeduje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dozvolu</w:t>
      </w:r>
      <w:proofErr w:type="spellEnd"/>
      <w:r>
        <w:rPr>
          <w:rFonts w:cs="Times New Roman"/>
          <w:bCs/>
          <w:szCs w:val="24"/>
        </w:rPr>
        <w:t xml:space="preserve"> za </w:t>
      </w:r>
      <w:proofErr w:type="spellStart"/>
      <w:r>
        <w:rPr>
          <w:rFonts w:cs="Times New Roman"/>
          <w:bCs/>
          <w:szCs w:val="24"/>
        </w:rPr>
        <w:t>gospodarenje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otpadom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sukladno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propisima</w:t>
      </w:r>
      <w:proofErr w:type="spellEnd"/>
      <w:r>
        <w:rPr>
          <w:rFonts w:cs="Times New Roman"/>
          <w:bCs/>
          <w:szCs w:val="24"/>
        </w:rPr>
        <w:t xml:space="preserve"> o </w:t>
      </w:r>
      <w:proofErr w:type="spellStart"/>
      <w:r>
        <w:rPr>
          <w:rFonts w:cs="Times New Roman"/>
          <w:bCs/>
          <w:szCs w:val="24"/>
        </w:rPr>
        <w:t>gospodarenju</w:t>
      </w:r>
      <w:proofErr w:type="spellEnd"/>
      <w:r>
        <w:rPr>
          <w:rFonts w:cs="Times New Roman"/>
          <w:bCs/>
          <w:szCs w:val="24"/>
        </w:rPr>
        <w:t xml:space="preserve"> </w:t>
      </w:r>
      <w:proofErr w:type="spellStart"/>
      <w:r>
        <w:rPr>
          <w:rFonts w:cs="Times New Roman"/>
          <w:bCs/>
          <w:szCs w:val="24"/>
        </w:rPr>
        <w:t>otpadom</w:t>
      </w:r>
      <w:proofErr w:type="spellEnd"/>
      <w:r>
        <w:rPr>
          <w:rFonts w:cs="Times New Roman"/>
          <w:bCs/>
          <w:szCs w:val="24"/>
        </w:rPr>
        <w:t>.</w:t>
      </w:r>
    </w:p>
    <w:p w14:paraId="5BB649EE" w14:textId="77777777" w:rsidR="001E494F" w:rsidRDefault="001E494F" w:rsidP="00591291">
      <w:pPr>
        <w:spacing w:after="60"/>
        <w:jc w:val="center"/>
        <w:rPr>
          <w:rFonts w:cs="Times New Roman"/>
          <w:b/>
          <w:szCs w:val="24"/>
        </w:rPr>
      </w:pPr>
    </w:p>
    <w:p w14:paraId="308A6D73" w14:textId="40282E6D" w:rsidR="006514F7" w:rsidRPr="00D26DFF" w:rsidRDefault="003E36C7" w:rsidP="00D26DFF">
      <w:pPr>
        <w:spacing w:after="60"/>
        <w:jc w:val="center"/>
        <w:rPr>
          <w:rFonts w:cs="Times New Roman"/>
          <w:b/>
          <w:szCs w:val="24"/>
        </w:rPr>
      </w:pPr>
      <w:proofErr w:type="spellStart"/>
      <w:r w:rsidRPr="00591291">
        <w:rPr>
          <w:rFonts w:cs="Times New Roman"/>
          <w:b/>
          <w:szCs w:val="24"/>
        </w:rPr>
        <w:t>Članak</w:t>
      </w:r>
      <w:proofErr w:type="spellEnd"/>
      <w:r w:rsidRPr="00591291">
        <w:rPr>
          <w:rFonts w:cs="Times New Roman"/>
          <w:b/>
          <w:szCs w:val="24"/>
        </w:rPr>
        <w:t xml:space="preserve"> </w:t>
      </w:r>
      <w:r w:rsidR="003317E7">
        <w:rPr>
          <w:rFonts w:cs="Times New Roman"/>
          <w:b/>
          <w:szCs w:val="24"/>
        </w:rPr>
        <w:t>12</w:t>
      </w:r>
      <w:r w:rsidRPr="00591291">
        <w:rPr>
          <w:rFonts w:cs="Times New Roman"/>
          <w:b/>
          <w:szCs w:val="24"/>
        </w:rPr>
        <w:t>.</w:t>
      </w:r>
    </w:p>
    <w:p w14:paraId="59B31E97" w14:textId="77777777" w:rsidR="00A26116" w:rsidRPr="00591291" w:rsidRDefault="003E36C7" w:rsidP="006514F7">
      <w:pPr>
        <w:spacing w:after="160"/>
        <w:ind w:firstLine="720"/>
        <w:jc w:val="both"/>
        <w:rPr>
          <w:rFonts w:cs="Times New Roman"/>
          <w:szCs w:val="24"/>
        </w:rPr>
      </w:pPr>
      <w:proofErr w:type="spellStart"/>
      <w:r w:rsidRPr="00591291">
        <w:rPr>
          <w:rFonts w:cs="Times New Roman"/>
          <w:szCs w:val="24"/>
        </w:rPr>
        <w:t>Općina</w:t>
      </w:r>
      <w:proofErr w:type="spellEnd"/>
      <w:r w:rsidRPr="00591291">
        <w:rPr>
          <w:rFonts w:cs="Times New Roman"/>
          <w:szCs w:val="24"/>
        </w:rPr>
        <w:t xml:space="preserve"> Bukovlje </w:t>
      </w:r>
      <w:proofErr w:type="spellStart"/>
      <w:r w:rsidRPr="00591291">
        <w:rPr>
          <w:rFonts w:cs="Times New Roman"/>
          <w:szCs w:val="24"/>
        </w:rPr>
        <w:t>će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građane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informirati</w:t>
      </w:r>
      <w:proofErr w:type="spellEnd"/>
      <w:r w:rsidRPr="00591291">
        <w:rPr>
          <w:rFonts w:cs="Times New Roman"/>
          <w:szCs w:val="24"/>
        </w:rPr>
        <w:t xml:space="preserve"> o </w:t>
      </w:r>
      <w:proofErr w:type="spellStart"/>
      <w:r w:rsidRPr="00591291">
        <w:rPr>
          <w:rFonts w:cs="Times New Roman"/>
          <w:szCs w:val="24"/>
        </w:rPr>
        <w:t>pravilnom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postupanju</w:t>
      </w:r>
      <w:proofErr w:type="spellEnd"/>
      <w:r w:rsidRPr="00591291">
        <w:rPr>
          <w:rFonts w:cs="Times New Roman"/>
          <w:szCs w:val="24"/>
        </w:rPr>
        <w:t xml:space="preserve"> s </w:t>
      </w:r>
      <w:proofErr w:type="spellStart"/>
      <w:r w:rsidRPr="00591291">
        <w:rPr>
          <w:rFonts w:cs="Times New Roman"/>
          <w:szCs w:val="24"/>
        </w:rPr>
        <w:t>otpadom</w:t>
      </w:r>
      <w:proofErr w:type="spellEnd"/>
      <w:r w:rsidRPr="00591291">
        <w:rPr>
          <w:rFonts w:cs="Times New Roman"/>
          <w:szCs w:val="24"/>
        </w:rPr>
        <w:t xml:space="preserve">, </w:t>
      </w:r>
      <w:proofErr w:type="spellStart"/>
      <w:r w:rsidRPr="00591291">
        <w:rPr>
          <w:rFonts w:cs="Times New Roman"/>
          <w:szCs w:val="24"/>
        </w:rPr>
        <w:t>mogućnostima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odvojenog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prikupljanja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otpada</w:t>
      </w:r>
      <w:proofErr w:type="spellEnd"/>
      <w:r w:rsidRPr="00591291">
        <w:rPr>
          <w:rFonts w:cs="Times New Roman"/>
          <w:szCs w:val="24"/>
        </w:rPr>
        <w:t xml:space="preserve">, </w:t>
      </w:r>
      <w:proofErr w:type="spellStart"/>
      <w:r w:rsidRPr="00591291">
        <w:rPr>
          <w:rFonts w:cs="Times New Roman"/>
          <w:szCs w:val="24"/>
        </w:rPr>
        <w:t>načinima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prijave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nepropisno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odbačenog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otpada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te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štetnim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posljedicama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nastanka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divljih</w:t>
      </w:r>
      <w:proofErr w:type="spellEnd"/>
      <w:r w:rsidRPr="00591291">
        <w:rPr>
          <w:rFonts w:cs="Times New Roman"/>
          <w:szCs w:val="24"/>
        </w:rPr>
        <w:t xml:space="preserve"> </w:t>
      </w:r>
      <w:proofErr w:type="spellStart"/>
      <w:r w:rsidRPr="00591291">
        <w:rPr>
          <w:rFonts w:cs="Times New Roman"/>
          <w:szCs w:val="24"/>
        </w:rPr>
        <w:t>odlagališta</w:t>
      </w:r>
      <w:proofErr w:type="spellEnd"/>
      <w:r w:rsidRPr="00591291">
        <w:rPr>
          <w:rFonts w:cs="Times New Roman"/>
          <w:szCs w:val="24"/>
        </w:rPr>
        <w:t>.</w:t>
      </w:r>
    </w:p>
    <w:p w14:paraId="6160055D" w14:textId="77777777" w:rsidR="006514F7" w:rsidRDefault="006514F7" w:rsidP="006514F7">
      <w:pPr>
        <w:spacing w:after="0"/>
        <w:jc w:val="center"/>
        <w:rPr>
          <w:rFonts w:cs="Times New Roman"/>
          <w:b/>
        </w:rPr>
      </w:pPr>
    </w:p>
    <w:p w14:paraId="0414F7E9" w14:textId="6089DF84" w:rsidR="006514F7" w:rsidRPr="00D26DFF" w:rsidRDefault="003E36C7" w:rsidP="00D26DFF">
      <w:pPr>
        <w:spacing w:after="60"/>
        <w:jc w:val="center"/>
        <w:rPr>
          <w:rFonts w:cs="Times New Roman"/>
          <w:b/>
        </w:rPr>
      </w:pPr>
      <w:proofErr w:type="spellStart"/>
      <w:r w:rsidRPr="00591291">
        <w:rPr>
          <w:rFonts w:cs="Times New Roman"/>
          <w:b/>
        </w:rPr>
        <w:t>Članak</w:t>
      </w:r>
      <w:proofErr w:type="spellEnd"/>
      <w:r w:rsidRPr="00591291">
        <w:rPr>
          <w:rFonts w:cs="Times New Roman"/>
          <w:b/>
        </w:rPr>
        <w:t xml:space="preserve"> </w:t>
      </w:r>
      <w:r w:rsidR="003317E7">
        <w:rPr>
          <w:rFonts w:cs="Times New Roman"/>
          <w:b/>
        </w:rPr>
        <w:t>13</w:t>
      </w:r>
      <w:r w:rsidRPr="00591291">
        <w:rPr>
          <w:rFonts w:cs="Times New Roman"/>
          <w:b/>
        </w:rPr>
        <w:t>.</w:t>
      </w:r>
    </w:p>
    <w:p w14:paraId="49AFCA29" w14:textId="77777777" w:rsidR="00A26116" w:rsidRPr="00591291" w:rsidRDefault="003E36C7" w:rsidP="006514F7">
      <w:pPr>
        <w:spacing w:after="16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Sredstva</w:t>
      </w:r>
      <w:proofErr w:type="spellEnd"/>
      <w:r w:rsidRPr="00591291">
        <w:rPr>
          <w:rFonts w:cs="Times New Roman"/>
        </w:rPr>
        <w:t xml:space="preserve"> za </w:t>
      </w:r>
      <w:proofErr w:type="spellStart"/>
      <w:r w:rsidRPr="00591291">
        <w:rPr>
          <w:rFonts w:cs="Times New Roman"/>
        </w:rPr>
        <w:t>provedbu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mjera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iz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ove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Odluke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osiguravaju</w:t>
      </w:r>
      <w:proofErr w:type="spellEnd"/>
      <w:r w:rsidRPr="00591291">
        <w:rPr>
          <w:rFonts w:cs="Times New Roman"/>
        </w:rPr>
        <w:t xml:space="preserve"> se u </w:t>
      </w:r>
      <w:proofErr w:type="spellStart"/>
      <w:r w:rsidRPr="00591291">
        <w:rPr>
          <w:rFonts w:cs="Times New Roman"/>
        </w:rPr>
        <w:t>Proračunu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Općine</w:t>
      </w:r>
      <w:proofErr w:type="spellEnd"/>
      <w:r w:rsidRPr="00591291">
        <w:rPr>
          <w:rFonts w:cs="Times New Roman"/>
        </w:rPr>
        <w:t xml:space="preserve"> Bukovlje, </w:t>
      </w:r>
      <w:proofErr w:type="spellStart"/>
      <w:r w:rsidRPr="00591291">
        <w:rPr>
          <w:rFonts w:cs="Times New Roman"/>
        </w:rPr>
        <w:t>iz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sredstava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nacionalnih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europskih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fondova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programa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sredstava</w:t>
      </w:r>
      <w:proofErr w:type="spellEnd"/>
      <w:r w:rsidRPr="00591291">
        <w:rPr>
          <w:rFonts w:cs="Times New Roman"/>
        </w:rPr>
        <w:t xml:space="preserve"> Fonda za </w:t>
      </w:r>
      <w:proofErr w:type="spellStart"/>
      <w:r w:rsidRPr="00591291">
        <w:rPr>
          <w:rFonts w:cs="Times New Roman"/>
        </w:rPr>
        <w:t>zaštitu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okoliša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energetsku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učinkovitost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iz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drugih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dopuštenih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izvora</w:t>
      </w:r>
      <w:proofErr w:type="spellEnd"/>
      <w:r w:rsidRPr="00591291">
        <w:rPr>
          <w:rFonts w:cs="Times New Roman"/>
        </w:rPr>
        <w:t>.</w:t>
      </w:r>
    </w:p>
    <w:p w14:paraId="7B5F7B1B" w14:textId="77777777" w:rsidR="006514F7" w:rsidRDefault="006514F7" w:rsidP="006514F7">
      <w:pPr>
        <w:spacing w:after="0"/>
        <w:rPr>
          <w:rFonts w:cs="Times New Roman"/>
          <w:b/>
        </w:rPr>
      </w:pPr>
    </w:p>
    <w:p w14:paraId="01D70C24" w14:textId="2450B594" w:rsidR="006514F7" w:rsidRPr="00D26DFF" w:rsidRDefault="003E36C7" w:rsidP="00D26DFF">
      <w:pPr>
        <w:spacing w:after="60"/>
        <w:jc w:val="center"/>
        <w:rPr>
          <w:rFonts w:cs="Times New Roman"/>
          <w:b/>
        </w:rPr>
      </w:pPr>
      <w:proofErr w:type="spellStart"/>
      <w:r w:rsidRPr="00591291">
        <w:rPr>
          <w:rFonts w:cs="Times New Roman"/>
          <w:b/>
        </w:rPr>
        <w:t>Članak</w:t>
      </w:r>
      <w:proofErr w:type="spellEnd"/>
      <w:r w:rsidRPr="00591291">
        <w:rPr>
          <w:rFonts w:cs="Times New Roman"/>
          <w:b/>
        </w:rPr>
        <w:t xml:space="preserve"> 1</w:t>
      </w:r>
      <w:r w:rsidR="003317E7">
        <w:rPr>
          <w:rFonts w:cs="Times New Roman"/>
          <w:b/>
        </w:rPr>
        <w:t>4</w:t>
      </w:r>
      <w:r w:rsidRPr="00591291">
        <w:rPr>
          <w:rFonts w:cs="Times New Roman"/>
          <w:b/>
        </w:rPr>
        <w:t>.</w:t>
      </w:r>
    </w:p>
    <w:p w14:paraId="0461B39E" w14:textId="77777777" w:rsidR="006514F7" w:rsidRDefault="006514F7" w:rsidP="006514F7">
      <w:pPr>
        <w:spacing w:after="160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Za </w:t>
      </w:r>
      <w:proofErr w:type="spellStart"/>
      <w:r>
        <w:rPr>
          <w:rFonts w:cs="Times New Roman"/>
        </w:rPr>
        <w:t>provedbu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ove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Odluke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nadležan</w:t>
      </w:r>
      <w:proofErr w:type="spellEnd"/>
      <w:r>
        <w:rPr>
          <w:rFonts w:cs="Times New Roman"/>
        </w:rPr>
        <w:t xml:space="preserve"> je </w:t>
      </w:r>
      <w:proofErr w:type="spellStart"/>
      <w:r>
        <w:rPr>
          <w:rFonts w:cs="Times New Roman"/>
        </w:rPr>
        <w:t>općinski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načelnik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Općine</w:t>
      </w:r>
      <w:proofErr w:type="spellEnd"/>
      <w:r>
        <w:rPr>
          <w:rFonts w:cs="Times New Roman"/>
        </w:rPr>
        <w:t xml:space="preserve"> Bukovlje, u </w:t>
      </w:r>
      <w:proofErr w:type="spellStart"/>
      <w:r>
        <w:rPr>
          <w:rFonts w:cs="Times New Roman"/>
        </w:rPr>
        <w:t>okviru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svojih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zakonom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i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drugim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propisima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utvrđenih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ovlasti</w:t>
      </w:r>
      <w:proofErr w:type="spellEnd"/>
      <w:r>
        <w:rPr>
          <w:rFonts w:cs="Times New Roman"/>
        </w:rPr>
        <w:t>.</w:t>
      </w:r>
    </w:p>
    <w:p w14:paraId="1D3E0EB6" w14:textId="4089DFF6" w:rsidR="00A26116" w:rsidRDefault="003E36C7" w:rsidP="006514F7">
      <w:pPr>
        <w:spacing w:after="16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Općinski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načelnik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može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utvrditi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prioritete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provedbe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pojedinih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mjera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osobito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prema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stanju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terenu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procijenjenom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utjecaju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okoliš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mogućnostima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financiranja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raspoloživim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proračunskim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sredstvima</w:t>
      </w:r>
      <w:proofErr w:type="spellEnd"/>
      <w:r w:rsidRPr="00591291">
        <w:rPr>
          <w:rFonts w:cs="Times New Roman"/>
        </w:rPr>
        <w:t>.</w:t>
      </w:r>
    </w:p>
    <w:p w14:paraId="48752EB8" w14:textId="77777777" w:rsidR="006514F7" w:rsidRPr="00591291" w:rsidRDefault="006514F7" w:rsidP="006514F7">
      <w:pPr>
        <w:spacing w:after="0"/>
        <w:ind w:firstLine="720"/>
        <w:jc w:val="both"/>
        <w:rPr>
          <w:rFonts w:cs="Times New Roman"/>
        </w:rPr>
      </w:pPr>
    </w:p>
    <w:p w14:paraId="32599F4C" w14:textId="05F1FC9F" w:rsidR="006514F7" w:rsidRPr="000C7136" w:rsidRDefault="003E36C7" w:rsidP="000C7136">
      <w:pPr>
        <w:spacing w:after="60"/>
        <w:jc w:val="center"/>
        <w:rPr>
          <w:rFonts w:cs="Times New Roman"/>
          <w:b/>
        </w:rPr>
      </w:pPr>
      <w:proofErr w:type="spellStart"/>
      <w:r w:rsidRPr="00591291">
        <w:rPr>
          <w:rFonts w:cs="Times New Roman"/>
          <w:b/>
        </w:rPr>
        <w:t>Članak</w:t>
      </w:r>
      <w:proofErr w:type="spellEnd"/>
      <w:r w:rsidRPr="00591291">
        <w:rPr>
          <w:rFonts w:cs="Times New Roman"/>
          <w:b/>
        </w:rPr>
        <w:t xml:space="preserve"> 1</w:t>
      </w:r>
      <w:r w:rsidR="003317E7">
        <w:rPr>
          <w:rFonts w:cs="Times New Roman"/>
          <w:b/>
        </w:rPr>
        <w:t>5</w:t>
      </w:r>
      <w:r w:rsidRPr="00591291">
        <w:rPr>
          <w:rFonts w:cs="Times New Roman"/>
          <w:b/>
        </w:rPr>
        <w:t>.</w:t>
      </w:r>
    </w:p>
    <w:p w14:paraId="2179F733" w14:textId="77777777" w:rsidR="00A26116" w:rsidRPr="00591291" w:rsidRDefault="003E36C7" w:rsidP="000C7136">
      <w:pPr>
        <w:spacing w:after="160"/>
        <w:ind w:firstLine="720"/>
        <w:rPr>
          <w:rFonts w:cs="Times New Roman"/>
        </w:rPr>
      </w:pPr>
      <w:r w:rsidRPr="00591291">
        <w:rPr>
          <w:rFonts w:cs="Times New Roman"/>
        </w:rPr>
        <w:t xml:space="preserve">Ova </w:t>
      </w:r>
      <w:proofErr w:type="spellStart"/>
      <w:r w:rsidRPr="00591291">
        <w:rPr>
          <w:rFonts w:cs="Times New Roman"/>
        </w:rPr>
        <w:t>Odluka</w:t>
      </w:r>
      <w:proofErr w:type="spellEnd"/>
      <w:r w:rsidRPr="00591291">
        <w:rPr>
          <w:rFonts w:cs="Times New Roman"/>
        </w:rPr>
        <w:t xml:space="preserve"> stupa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snagu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osmoga</w:t>
      </w:r>
      <w:proofErr w:type="spellEnd"/>
      <w:r w:rsidRPr="00591291">
        <w:rPr>
          <w:rFonts w:cs="Times New Roman"/>
        </w:rPr>
        <w:t xml:space="preserve"> dana od dana </w:t>
      </w:r>
      <w:proofErr w:type="spellStart"/>
      <w:r w:rsidRPr="00591291">
        <w:rPr>
          <w:rFonts w:cs="Times New Roman"/>
        </w:rPr>
        <w:t>objave</w:t>
      </w:r>
      <w:proofErr w:type="spellEnd"/>
      <w:r w:rsidRPr="00591291">
        <w:rPr>
          <w:rFonts w:cs="Times New Roman"/>
        </w:rPr>
        <w:t xml:space="preserve"> u „</w:t>
      </w:r>
      <w:proofErr w:type="spellStart"/>
      <w:r w:rsidRPr="00591291">
        <w:rPr>
          <w:rFonts w:cs="Times New Roman"/>
        </w:rPr>
        <w:t>Službenom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vjesniku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Brodsko-posavske</w:t>
      </w:r>
      <w:proofErr w:type="spellEnd"/>
      <w:r w:rsidRPr="00591291">
        <w:rPr>
          <w:rFonts w:cs="Times New Roman"/>
        </w:rPr>
        <w:t xml:space="preserve"> </w:t>
      </w:r>
      <w:proofErr w:type="spellStart"/>
      <w:proofErr w:type="gramStart"/>
      <w:r w:rsidRPr="00591291">
        <w:rPr>
          <w:rFonts w:cs="Times New Roman"/>
        </w:rPr>
        <w:t>županije</w:t>
      </w:r>
      <w:proofErr w:type="spellEnd"/>
      <w:r w:rsidRPr="00591291">
        <w:rPr>
          <w:rFonts w:cs="Times New Roman"/>
        </w:rPr>
        <w:t>“</w:t>
      </w:r>
      <w:proofErr w:type="gramEnd"/>
      <w:r w:rsidRPr="00591291">
        <w:rPr>
          <w:rFonts w:cs="Times New Roman"/>
        </w:rPr>
        <w:t>.</w:t>
      </w:r>
    </w:p>
    <w:p w14:paraId="5F0D31DF" w14:textId="77777777" w:rsidR="00A26116" w:rsidRPr="00F25A30" w:rsidRDefault="00A26116">
      <w:pPr>
        <w:spacing w:after="120"/>
        <w:rPr>
          <w:rFonts w:cs="Times New Roman"/>
          <w:szCs w:val="24"/>
        </w:rPr>
      </w:pPr>
    </w:p>
    <w:p w14:paraId="27D2649D" w14:textId="77777777" w:rsidR="00C63F00" w:rsidRPr="00F25A30" w:rsidRDefault="00C63F00" w:rsidP="000C7136">
      <w:pPr>
        <w:jc w:val="center"/>
        <w:rPr>
          <w:rFonts w:cs="Times New Roman"/>
          <w:bCs/>
          <w:szCs w:val="24"/>
          <w:lang w:val="hr-HR"/>
        </w:rPr>
      </w:pPr>
      <w:r w:rsidRPr="00F25A30">
        <w:rPr>
          <w:rFonts w:cs="Times New Roman"/>
          <w:bCs/>
          <w:szCs w:val="24"/>
          <w:lang w:val="hr-HR"/>
        </w:rPr>
        <w:t>OPĆINSKO VIJEĆE OPĆINE BUKOVLJE</w:t>
      </w:r>
    </w:p>
    <w:p w14:paraId="2BF77118" w14:textId="77777777" w:rsidR="000C7136" w:rsidRDefault="000C7136" w:rsidP="00C63F00">
      <w:pPr>
        <w:spacing w:after="0"/>
        <w:jc w:val="both"/>
        <w:rPr>
          <w:rFonts w:cs="Times New Roman"/>
          <w:bCs/>
          <w:szCs w:val="24"/>
          <w:lang w:val="pl-PL"/>
        </w:rPr>
      </w:pPr>
    </w:p>
    <w:p w14:paraId="68FC4119" w14:textId="7D3DE386" w:rsidR="00C63F00" w:rsidRPr="000C7136" w:rsidRDefault="00C63F00" w:rsidP="00C63F00">
      <w:pPr>
        <w:spacing w:after="0"/>
        <w:jc w:val="both"/>
        <w:rPr>
          <w:rFonts w:cs="Times New Roman"/>
          <w:bCs/>
          <w:szCs w:val="24"/>
          <w:lang w:val="pl-PL"/>
        </w:rPr>
      </w:pPr>
      <w:r w:rsidRPr="000C7136">
        <w:rPr>
          <w:rFonts w:cs="Times New Roman"/>
          <w:bCs/>
          <w:szCs w:val="24"/>
          <w:lang w:val="pl-PL"/>
        </w:rPr>
        <w:t>KLASA</w:t>
      </w:r>
      <w:r w:rsidRPr="000C7136">
        <w:rPr>
          <w:rFonts w:cs="Times New Roman"/>
          <w:bCs/>
          <w:szCs w:val="24"/>
          <w:lang w:val="hr-HR"/>
        </w:rPr>
        <w:t xml:space="preserve">: </w:t>
      </w:r>
      <w:r w:rsidR="00EA3FDF">
        <w:rPr>
          <w:rFonts w:cs="Times New Roman"/>
          <w:bCs/>
          <w:szCs w:val="24"/>
          <w:lang w:val="hr-HR"/>
        </w:rPr>
        <w:t>021-05/26-01/22</w:t>
      </w:r>
    </w:p>
    <w:p w14:paraId="305A431C" w14:textId="0F3454EB" w:rsidR="00C63F00" w:rsidRPr="000C7136" w:rsidRDefault="00C63F00" w:rsidP="00C63F00">
      <w:pPr>
        <w:spacing w:after="0"/>
        <w:jc w:val="both"/>
        <w:rPr>
          <w:rFonts w:cs="Times New Roman"/>
          <w:bCs/>
          <w:szCs w:val="24"/>
          <w:lang w:val="hr-HR"/>
        </w:rPr>
      </w:pPr>
      <w:r w:rsidRPr="000C7136">
        <w:rPr>
          <w:rFonts w:cs="Times New Roman"/>
          <w:bCs/>
          <w:szCs w:val="24"/>
          <w:lang w:val="pl-PL"/>
        </w:rPr>
        <w:t>URBROJ</w:t>
      </w:r>
      <w:r w:rsidRPr="000C7136">
        <w:rPr>
          <w:rFonts w:cs="Times New Roman"/>
          <w:bCs/>
          <w:szCs w:val="24"/>
          <w:lang w:val="hr-HR"/>
        </w:rPr>
        <w:t xml:space="preserve">: </w:t>
      </w:r>
      <w:r w:rsidR="00EA3FDF">
        <w:rPr>
          <w:rFonts w:cs="Times New Roman"/>
          <w:bCs/>
          <w:szCs w:val="24"/>
          <w:lang w:val="hr-HR"/>
        </w:rPr>
        <w:t>2178-25-02-26-1</w:t>
      </w:r>
    </w:p>
    <w:p w14:paraId="11CD59A6" w14:textId="6AB483C1" w:rsidR="00C63F00" w:rsidRPr="000C7136" w:rsidRDefault="00C63F00" w:rsidP="00C63F00">
      <w:pPr>
        <w:jc w:val="both"/>
        <w:rPr>
          <w:rFonts w:cs="Times New Roman"/>
          <w:bCs/>
          <w:szCs w:val="24"/>
          <w:lang w:val="hr-HR"/>
        </w:rPr>
      </w:pPr>
      <w:r w:rsidRPr="000C7136">
        <w:rPr>
          <w:rFonts w:cs="Times New Roman"/>
          <w:bCs/>
          <w:szCs w:val="24"/>
          <w:lang w:val="pl-PL"/>
        </w:rPr>
        <w:t>Bukovlje</w:t>
      </w:r>
      <w:r w:rsidRPr="000C7136">
        <w:rPr>
          <w:rFonts w:cs="Times New Roman"/>
          <w:bCs/>
          <w:szCs w:val="24"/>
          <w:lang w:val="hr-HR"/>
        </w:rPr>
        <w:t xml:space="preserve">, </w:t>
      </w:r>
      <w:r w:rsidR="00EA3FDF">
        <w:rPr>
          <w:rFonts w:cs="Times New Roman"/>
          <w:bCs/>
          <w:szCs w:val="24"/>
          <w:lang w:val="hr-HR"/>
        </w:rPr>
        <w:t>27</w:t>
      </w:r>
      <w:r w:rsidRPr="000C7136">
        <w:rPr>
          <w:rFonts w:cs="Times New Roman"/>
          <w:bCs/>
          <w:szCs w:val="24"/>
          <w:lang w:val="pl-PL"/>
        </w:rPr>
        <w:t>. kolovoza 2026. godine</w:t>
      </w:r>
    </w:p>
    <w:p w14:paraId="47C05950" w14:textId="77777777" w:rsidR="00C63F00" w:rsidRPr="00F25A30" w:rsidRDefault="00C63F00" w:rsidP="00C63F00">
      <w:pPr>
        <w:jc w:val="both"/>
        <w:rPr>
          <w:rFonts w:cs="Times New Roman"/>
          <w:b/>
          <w:szCs w:val="24"/>
          <w:lang w:val="hr-HR"/>
        </w:rPr>
      </w:pPr>
    </w:p>
    <w:p w14:paraId="392F3006" w14:textId="77777777" w:rsidR="00C63F00" w:rsidRPr="00F25A30" w:rsidRDefault="00C63F00" w:rsidP="00C63F00">
      <w:pPr>
        <w:spacing w:after="0"/>
        <w:jc w:val="both"/>
        <w:rPr>
          <w:rFonts w:cs="Times New Roman"/>
          <w:bCs/>
          <w:szCs w:val="24"/>
          <w:lang w:val="en-AU"/>
        </w:rPr>
      </w:pPr>
      <w:r w:rsidRPr="00F25A30">
        <w:rPr>
          <w:rFonts w:cs="Times New Roman"/>
          <w:b/>
          <w:szCs w:val="24"/>
          <w:lang w:val="hr-HR"/>
        </w:rPr>
        <w:tab/>
      </w:r>
      <w:r w:rsidRPr="00F25A30">
        <w:rPr>
          <w:rFonts w:cs="Times New Roman"/>
          <w:b/>
          <w:szCs w:val="24"/>
          <w:lang w:val="hr-HR"/>
        </w:rPr>
        <w:tab/>
      </w:r>
      <w:r w:rsidRPr="00F25A30">
        <w:rPr>
          <w:rFonts w:cs="Times New Roman"/>
          <w:b/>
          <w:szCs w:val="24"/>
          <w:lang w:val="hr-HR"/>
        </w:rPr>
        <w:tab/>
      </w:r>
      <w:r w:rsidRPr="00F25A30">
        <w:rPr>
          <w:rFonts w:cs="Times New Roman"/>
          <w:b/>
          <w:szCs w:val="24"/>
          <w:lang w:val="hr-HR"/>
        </w:rPr>
        <w:tab/>
      </w:r>
      <w:r w:rsidRPr="00F25A30">
        <w:rPr>
          <w:rFonts w:cs="Times New Roman"/>
          <w:b/>
          <w:szCs w:val="24"/>
          <w:lang w:val="hr-HR"/>
        </w:rPr>
        <w:tab/>
      </w:r>
      <w:r w:rsidRPr="00F25A30">
        <w:rPr>
          <w:rFonts w:cs="Times New Roman"/>
          <w:b/>
          <w:szCs w:val="24"/>
          <w:lang w:val="hr-HR"/>
        </w:rPr>
        <w:tab/>
      </w:r>
      <w:r w:rsidRPr="00F25A30">
        <w:rPr>
          <w:rFonts w:cs="Times New Roman"/>
          <w:b/>
          <w:szCs w:val="24"/>
          <w:lang w:val="hr-HR"/>
        </w:rPr>
        <w:tab/>
      </w:r>
      <w:r w:rsidRPr="00F25A30">
        <w:rPr>
          <w:rFonts w:cs="Times New Roman"/>
          <w:bCs/>
          <w:szCs w:val="24"/>
          <w:lang w:val="en-AU"/>
        </w:rPr>
        <w:t>PREDSJEDNIK OPĆINSKOG VIJEĆA</w:t>
      </w:r>
    </w:p>
    <w:p w14:paraId="05947C7D" w14:textId="32C01551" w:rsidR="000C7136" w:rsidRPr="00FF3C84" w:rsidRDefault="00C63F00" w:rsidP="00FF3C84">
      <w:pPr>
        <w:jc w:val="both"/>
        <w:rPr>
          <w:rFonts w:cs="Times New Roman"/>
          <w:bCs/>
          <w:szCs w:val="24"/>
          <w:lang w:val="hr-HR"/>
        </w:rPr>
      </w:pPr>
      <w:r w:rsidRPr="00F25A30">
        <w:rPr>
          <w:rFonts w:cs="Times New Roman"/>
          <w:bCs/>
          <w:szCs w:val="24"/>
          <w:lang w:val="en-AU"/>
        </w:rPr>
        <w:t xml:space="preserve">                                                                                         </w:t>
      </w:r>
      <w:r w:rsidR="000C7136">
        <w:rPr>
          <w:rFonts w:cs="Times New Roman"/>
          <w:bCs/>
          <w:szCs w:val="24"/>
          <w:lang w:val="en-AU"/>
        </w:rPr>
        <w:t xml:space="preserve">        </w:t>
      </w:r>
      <w:r w:rsidRPr="00F25A30">
        <w:rPr>
          <w:rFonts w:cs="Times New Roman"/>
          <w:bCs/>
          <w:szCs w:val="24"/>
          <w:lang w:val="en-AU"/>
        </w:rPr>
        <w:t xml:space="preserve">    Josip Marinović</w:t>
      </w:r>
    </w:p>
    <w:p w14:paraId="13E0C1B3" w14:textId="10F0EBD8" w:rsidR="00A26116" w:rsidRPr="00591291" w:rsidRDefault="003E36C7">
      <w:pPr>
        <w:jc w:val="center"/>
        <w:rPr>
          <w:rFonts w:cs="Times New Roman"/>
        </w:rPr>
      </w:pPr>
      <w:r w:rsidRPr="00591291">
        <w:rPr>
          <w:rFonts w:cs="Times New Roman"/>
          <w:b/>
          <w:sz w:val="28"/>
        </w:rPr>
        <w:lastRenderedPageBreak/>
        <w:t>OBRAZLOŽENJE</w:t>
      </w:r>
    </w:p>
    <w:p w14:paraId="3073B4F6" w14:textId="77777777" w:rsidR="00A26116" w:rsidRDefault="003E36C7">
      <w:pPr>
        <w:spacing w:after="120"/>
        <w:jc w:val="center"/>
        <w:rPr>
          <w:rFonts w:cs="Times New Roman"/>
          <w:bCs/>
        </w:rPr>
      </w:pPr>
      <w:proofErr w:type="spellStart"/>
      <w:r w:rsidRPr="000C7136">
        <w:rPr>
          <w:rFonts w:cs="Times New Roman"/>
          <w:bCs/>
        </w:rPr>
        <w:t>uz</w:t>
      </w:r>
      <w:proofErr w:type="spellEnd"/>
      <w:r w:rsidRPr="000C7136">
        <w:rPr>
          <w:rFonts w:cs="Times New Roman"/>
          <w:bCs/>
        </w:rPr>
        <w:t xml:space="preserve"> </w:t>
      </w:r>
      <w:proofErr w:type="spellStart"/>
      <w:r w:rsidRPr="000C7136">
        <w:rPr>
          <w:rFonts w:cs="Times New Roman"/>
          <w:bCs/>
        </w:rPr>
        <w:t>prijedlog</w:t>
      </w:r>
      <w:proofErr w:type="spellEnd"/>
      <w:r w:rsidRPr="000C7136">
        <w:rPr>
          <w:rFonts w:cs="Times New Roman"/>
          <w:bCs/>
        </w:rPr>
        <w:t xml:space="preserve"> </w:t>
      </w:r>
      <w:proofErr w:type="spellStart"/>
      <w:r w:rsidRPr="000C7136">
        <w:rPr>
          <w:rFonts w:cs="Times New Roman"/>
          <w:bCs/>
        </w:rPr>
        <w:t>Odluke</w:t>
      </w:r>
      <w:proofErr w:type="spellEnd"/>
      <w:r w:rsidRPr="000C7136">
        <w:rPr>
          <w:rFonts w:cs="Times New Roman"/>
          <w:bCs/>
        </w:rPr>
        <w:t xml:space="preserve"> o </w:t>
      </w:r>
      <w:proofErr w:type="spellStart"/>
      <w:r w:rsidRPr="000C7136">
        <w:rPr>
          <w:rFonts w:cs="Times New Roman"/>
          <w:bCs/>
        </w:rPr>
        <w:t>mjerama</w:t>
      </w:r>
      <w:proofErr w:type="spellEnd"/>
      <w:r w:rsidRPr="000C7136">
        <w:rPr>
          <w:rFonts w:cs="Times New Roman"/>
          <w:bCs/>
        </w:rPr>
        <w:t xml:space="preserve"> za </w:t>
      </w:r>
      <w:proofErr w:type="spellStart"/>
      <w:r w:rsidRPr="000C7136">
        <w:rPr>
          <w:rFonts w:cs="Times New Roman"/>
          <w:bCs/>
        </w:rPr>
        <w:t>sprječavanje</w:t>
      </w:r>
      <w:proofErr w:type="spellEnd"/>
      <w:r w:rsidRPr="000C7136">
        <w:rPr>
          <w:rFonts w:cs="Times New Roman"/>
          <w:bCs/>
        </w:rPr>
        <w:t xml:space="preserve"> </w:t>
      </w:r>
      <w:proofErr w:type="spellStart"/>
      <w:r w:rsidRPr="000C7136">
        <w:rPr>
          <w:rFonts w:cs="Times New Roman"/>
          <w:bCs/>
        </w:rPr>
        <w:t>nepropisnog</w:t>
      </w:r>
      <w:proofErr w:type="spellEnd"/>
      <w:r w:rsidRPr="000C7136">
        <w:rPr>
          <w:rFonts w:cs="Times New Roman"/>
          <w:bCs/>
        </w:rPr>
        <w:t xml:space="preserve"> </w:t>
      </w:r>
      <w:proofErr w:type="spellStart"/>
      <w:r w:rsidRPr="000C7136">
        <w:rPr>
          <w:rFonts w:cs="Times New Roman"/>
          <w:bCs/>
        </w:rPr>
        <w:t>odbacivanja</w:t>
      </w:r>
      <w:proofErr w:type="spellEnd"/>
      <w:r w:rsidRPr="000C7136">
        <w:rPr>
          <w:rFonts w:cs="Times New Roman"/>
          <w:bCs/>
        </w:rPr>
        <w:t xml:space="preserve"> </w:t>
      </w:r>
      <w:proofErr w:type="spellStart"/>
      <w:r w:rsidRPr="000C7136">
        <w:rPr>
          <w:rFonts w:cs="Times New Roman"/>
          <w:bCs/>
        </w:rPr>
        <w:t>otpada</w:t>
      </w:r>
      <w:proofErr w:type="spellEnd"/>
      <w:r w:rsidRPr="000C7136">
        <w:rPr>
          <w:rFonts w:cs="Times New Roman"/>
          <w:bCs/>
        </w:rPr>
        <w:t xml:space="preserve"> </w:t>
      </w:r>
      <w:proofErr w:type="spellStart"/>
      <w:r w:rsidRPr="000C7136">
        <w:rPr>
          <w:rFonts w:cs="Times New Roman"/>
          <w:bCs/>
        </w:rPr>
        <w:t>na</w:t>
      </w:r>
      <w:proofErr w:type="spellEnd"/>
      <w:r w:rsidRPr="000C7136">
        <w:rPr>
          <w:rFonts w:cs="Times New Roman"/>
          <w:bCs/>
        </w:rPr>
        <w:t xml:space="preserve"> </w:t>
      </w:r>
      <w:proofErr w:type="spellStart"/>
      <w:r w:rsidRPr="000C7136">
        <w:rPr>
          <w:rFonts w:cs="Times New Roman"/>
          <w:bCs/>
        </w:rPr>
        <w:t>području</w:t>
      </w:r>
      <w:proofErr w:type="spellEnd"/>
      <w:r w:rsidRPr="000C7136">
        <w:rPr>
          <w:rFonts w:cs="Times New Roman"/>
          <w:bCs/>
        </w:rPr>
        <w:t xml:space="preserve"> </w:t>
      </w:r>
      <w:proofErr w:type="spellStart"/>
      <w:r w:rsidRPr="000C7136">
        <w:rPr>
          <w:rFonts w:cs="Times New Roman"/>
          <w:bCs/>
        </w:rPr>
        <w:t>Općine</w:t>
      </w:r>
      <w:proofErr w:type="spellEnd"/>
      <w:r w:rsidRPr="000C7136">
        <w:rPr>
          <w:rFonts w:cs="Times New Roman"/>
          <w:bCs/>
        </w:rPr>
        <w:t xml:space="preserve"> Bukovlje</w:t>
      </w:r>
    </w:p>
    <w:p w14:paraId="23AD980C" w14:textId="77777777" w:rsidR="000C7136" w:rsidRPr="000C7136" w:rsidRDefault="000C7136">
      <w:pPr>
        <w:spacing w:after="120"/>
        <w:jc w:val="center"/>
        <w:rPr>
          <w:rFonts w:cs="Times New Roman"/>
          <w:bCs/>
        </w:rPr>
      </w:pPr>
    </w:p>
    <w:p w14:paraId="61F21F67" w14:textId="77777777" w:rsidR="00A26116" w:rsidRPr="000C7136" w:rsidRDefault="003E36C7" w:rsidP="000C7136">
      <w:pPr>
        <w:spacing w:after="120"/>
        <w:ind w:firstLine="720"/>
        <w:rPr>
          <w:rFonts w:cs="Times New Roman"/>
          <w:b/>
          <w:bCs/>
        </w:rPr>
      </w:pPr>
      <w:r w:rsidRPr="000C7136">
        <w:rPr>
          <w:rFonts w:cs="Times New Roman"/>
          <w:b/>
          <w:bCs/>
        </w:rPr>
        <w:t>I. PRAVNI TEMELJ</w:t>
      </w:r>
    </w:p>
    <w:p w14:paraId="20AB8AB0" w14:textId="77777777" w:rsidR="00A26116" w:rsidRPr="00591291" w:rsidRDefault="003E36C7" w:rsidP="000C7136">
      <w:pPr>
        <w:spacing w:after="12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Pravni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temelj</w:t>
      </w:r>
      <w:proofErr w:type="spellEnd"/>
      <w:r w:rsidRPr="00591291">
        <w:rPr>
          <w:rFonts w:cs="Times New Roman"/>
        </w:rPr>
        <w:t xml:space="preserve"> za </w:t>
      </w:r>
      <w:proofErr w:type="spellStart"/>
      <w:r w:rsidRPr="00591291">
        <w:rPr>
          <w:rFonts w:cs="Times New Roman"/>
        </w:rPr>
        <w:t>donošenje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Odluke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čine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odredbe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Zakona</w:t>
      </w:r>
      <w:proofErr w:type="spellEnd"/>
      <w:r w:rsidRPr="00591291">
        <w:rPr>
          <w:rFonts w:cs="Times New Roman"/>
        </w:rPr>
        <w:t xml:space="preserve"> o </w:t>
      </w:r>
      <w:proofErr w:type="spellStart"/>
      <w:r w:rsidRPr="00591291">
        <w:rPr>
          <w:rFonts w:cs="Times New Roman"/>
        </w:rPr>
        <w:t>lokalnoj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područnoj</w:t>
      </w:r>
      <w:proofErr w:type="spellEnd"/>
      <w:r w:rsidRPr="00591291">
        <w:rPr>
          <w:rFonts w:cs="Times New Roman"/>
        </w:rPr>
        <w:t xml:space="preserve"> (</w:t>
      </w:r>
      <w:proofErr w:type="spellStart"/>
      <w:r w:rsidRPr="00591291">
        <w:rPr>
          <w:rFonts w:cs="Times New Roman"/>
        </w:rPr>
        <w:t>regionalnoj</w:t>
      </w:r>
      <w:proofErr w:type="spellEnd"/>
      <w:r w:rsidRPr="00591291">
        <w:rPr>
          <w:rFonts w:cs="Times New Roman"/>
        </w:rPr>
        <w:t xml:space="preserve">) </w:t>
      </w:r>
      <w:proofErr w:type="spellStart"/>
      <w:r w:rsidRPr="00591291">
        <w:rPr>
          <w:rFonts w:cs="Times New Roman"/>
        </w:rPr>
        <w:t>samoupravi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Zakona</w:t>
      </w:r>
      <w:proofErr w:type="spellEnd"/>
      <w:r w:rsidRPr="00591291">
        <w:rPr>
          <w:rFonts w:cs="Times New Roman"/>
        </w:rPr>
        <w:t xml:space="preserve"> o </w:t>
      </w:r>
      <w:proofErr w:type="spellStart"/>
      <w:r w:rsidRPr="00591291">
        <w:rPr>
          <w:rFonts w:cs="Times New Roman"/>
        </w:rPr>
        <w:t>gospodarenju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otpadom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Zakona</w:t>
      </w:r>
      <w:proofErr w:type="spellEnd"/>
      <w:r w:rsidRPr="00591291">
        <w:rPr>
          <w:rFonts w:cs="Times New Roman"/>
        </w:rPr>
        <w:t xml:space="preserve"> o </w:t>
      </w:r>
      <w:proofErr w:type="spellStart"/>
      <w:r w:rsidRPr="00591291">
        <w:rPr>
          <w:rFonts w:cs="Times New Roman"/>
        </w:rPr>
        <w:t>komunalnom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gospodarstvu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Statuta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Općine</w:t>
      </w:r>
      <w:proofErr w:type="spellEnd"/>
      <w:r w:rsidRPr="00591291">
        <w:rPr>
          <w:rFonts w:cs="Times New Roman"/>
        </w:rPr>
        <w:t xml:space="preserve"> Bukovlje </w:t>
      </w:r>
      <w:proofErr w:type="spellStart"/>
      <w:r w:rsidRPr="00591291">
        <w:rPr>
          <w:rFonts w:cs="Times New Roman"/>
        </w:rPr>
        <w:t>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drugih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važećih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propisa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kojima</w:t>
      </w:r>
      <w:proofErr w:type="spellEnd"/>
      <w:r w:rsidRPr="00591291">
        <w:rPr>
          <w:rFonts w:cs="Times New Roman"/>
        </w:rPr>
        <w:t xml:space="preserve"> se </w:t>
      </w:r>
      <w:proofErr w:type="spellStart"/>
      <w:r w:rsidRPr="00591291">
        <w:rPr>
          <w:rFonts w:cs="Times New Roman"/>
        </w:rPr>
        <w:t>uređuje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gospodarenje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otpadom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komunalni</w:t>
      </w:r>
      <w:proofErr w:type="spellEnd"/>
      <w:r w:rsidRPr="00591291">
        <w:rPr>
          <w:rFonts w:cs="Times New Roman"/>
        </w:rPr>
        <w:t xml:space="preserve"> red.</w:t>
      </w:r>
    </w:p>
    <w:p w14:paraId="6FF4345D" w14:textId="77777777" w:rsidR="00A26116" w:rsidRPr="000C7136" w:rsidRDefault="003E36C7" w:rsidP="000C7136">
      <w:pPr>
        <w:spacing w:after="120"/>
        <w:ind w:firstLine="720"/>
        <w:rPr>
          <w:rFonts w:cs="Times New Roman"/>
          <w:b/>
          <w:bCs/>
        </w:rPr>
      </w:pPr>
      <w:r w:rsidRPr="000C7136">
        <w:rPr>
          <w:rFonts w:cs="Times New Roman"/>
          <w:b/>
          <w:bCs/>
        </w:rPr>
        <w:t>II. RAZLOZI ZA DONOŠENJE ODLUKE</w:t>
      </w:r>
    </w:p>
    <w:p w14:paraId="0689B6FE" w14:textId="77777777" w:rsidR="00A26116" w:rsidRPr="00591291" w:rsidRDefault="003E36C7" w:rsidP="000C7136">
      <w:pPr>
        <w:spacing w:after="12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Nepropisno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odbacivanje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predstavlja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rizik</w:t>
      </w:r>
      <w:proofErr w:type="spellEnd"/>
      <w:r w:rsidRPr="00591291">
        <w:rPr>
          <w:rFonts w:cs="Times New Roman"/>
        </w:rPr>
        <w:t xml:space="preserve"> za </w:t>
      </w:r>
      <w:proofErr w:type="spellStart"/>
      <w:r w:rsidRPr="00591291">
        <w:rPr>
          <w:rFonts w:cs="Times New Roman"/>
        </w:rPr>
        <w:t>okoliš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prirodu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tlo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vode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narušava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izgled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kvalitetu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prostora</w:t>
      </w:r>
      <w:proofErr w:type="spellEnd"/>
      <w:r w:rsidRPr="00591291">
        <w:rPr>
          <w:rFonts w:cs="Times New Roman"/>
        </w:rPr>
        <w:t xml:space="preserve">. </w:t>
      </w:r>
      <w:proofErr w:type="spellStart"/>
      <w:r w:rsidRPr="00591291">
        <w:rPr>
          <w:rFonts w:cs="Times New Roman"/>
        </w:rPr>
        <w:t>Divlja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odlagališta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mogu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predstavljati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izvor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onečišćenja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stvarati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dodatne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troškove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jedinici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lokalne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samouprave</w:t>
      </w:r>
      <w:proofErr w:type="spellEnd"/>
      <w:r w:rsidRPr="00591291">
        <w:rPr>
          <w:rFonts w:cs="Times New Roman"/>
        </w:rPr>
        <w:t>.</w:t>
      </w:r>
    </w:p>
    <w:p w14:paraId="6C3DF4A1" w14:textId="77777777" w:rsidR="00A26116" w:rsidRPr="00591291" w:rsidRDefault="003E36C7" w:rsidP="000C7136">
      <w:pPr>
        <w:spacing w:after="12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Općina</w:t>
      </w:r>
      <w:proofErr w:type="spellEnd"/>
      <w:r w:rsidRPr="00591291">
        <w:rPr>
          <w:rFonts w:cs="Times New Roman"/>
        </w:rPr>
        <w:t xml:space="preserve"> Bukovlje </w:t>
      </w:r>
      <w:proofErr w:type="spellStart"/>
      <w:r w:rsidRPr="00591291">
        <w:rPr>
          <w:rFonts w:cs="Times New Roman"/>
        </w:rPr>
        <w:t>ovom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Odlukom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uspostavlja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jedinstveni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okvir</w:t>
      </w:r>
      <w:proofErr w:type="spellEnd"/>
      <w:r w:rsidRPr="00591291">
        <w:rPr>
          <w:rFonts w:cs="Times New Roman"/>
        </w:rPr>
        <w:t xml:space="preserve"> za </w:t>
      </w:r>
      <w:proofErr w:type="spellStart"/>
      <w:r w:rsidRPr="00591291">
        <w:rPr>
          <w:rFonts w:cs="Times New Roman"/>
        </w:rPr>
        <w:t>preventivno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djelovanje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evidentiranje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lokacija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uklanjanje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propisno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zbrinjavanje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nepropisno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odbačenog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poduzimanje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mjera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kojima</w:t>
      </w:r>
      <w:proofErr w:type="spellEnd"/>
      <w:r w:rsidRPr="00591291">
        <w:rPr>
          <w:rFonts w:cs="Times New Roman"/>
        </w:rPr>
        <w:t xml:space="preserve"> se </w:t>
      </w:r>
      <w:proofErr w:type="spellStart"/>
      <w:r w:rsidRPr="00591291">
        <w:rPr>
          <w:rFonts w:cs="Times New Roman"/>
        </w:rPr>
        <w:t>smanjuje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mogućnost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ponovnog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nastanka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divljih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odlagališta</w:t>
      </w:r>
      <w:proofErr w:type="spellEnd"/>
      <w:r w:rsidRPr="00591291">
        <w:rPr>
          <w:rFonts w:cs="Times New Roman"/>
        </w:rPr>
        <w:t>.</w:t>
      </w:r>
    </w:p>
    <w:p w14:paraId="1FDEB3D6" w14:textId="77777777" w:rsidR="00A26116" w:rsidRPr="00591291" w:rsidRDefault="003E36C7" w:rsidP="000C7136">
      <w:pPr>
        <w:spacing w:after="12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Donošenje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Odluke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osobito</w:t>
      </w:r>
      <w:proofErr w:type="spellEnd"/>
      <w:r w:rsidRPr="00591291">
        <w:rPr>
          <w:rFonts w:cs="Times New Roman"/>
        </w:rPr>
        <w:t xml:space="preserve"> je </w:t>
      </w:r>
      <w:proofErr w:type="spellStart"/>
      <w:r w:rsidRPr="00591291">
        <w:rPr>
          <w:rFonts w:cs="Times New Roman"/>
        </w:rPr>
        <w:t>važno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radi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stvaranja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trajnog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sustava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postupanja</w:t>
      </w:r>
      <w:proofErr w:type="spellEnd"/>
      <w:r w:rsidRPr="00591291">
        <w:rPr>
          <w:rFonts w:cs="Times New Roman"/>
        </w:rPr>
        <w:t xml:space="preserve"> s </w:t>
      </w:r>
      <w:proofErr w:type="spellStart"/>
      <w:r w:rsidRPr="00591291">
        <w:rPr>
          <w:rFonts w:cs="Times New Roman"/>
        </w:rPr>
        <w:t>lokacijama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nepropisno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odbačenog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osiguravanja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pretpostavki</w:t>
      </w:r>
      <w:proofErr w:type="spellEnd"/>
      <w:r w:rsidRPr="00591291">
        <w:rPr>
          <w:rFonts w:cs="Times New Roman"/>
        </w:rPr>
        <w:t xml:space="preserve"> za </w:t>
      </w:r>
      <w:proofErr w:type="spellStart"/>
      <w:r w:rsidRPr="00591291">
        <w:rPr>
          <w:rFonts w:cs="Times New Roman"/>
        </w:rPr>
        <w:t>kandidiranje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provedbu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projekata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sanacije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divljih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odlagališta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uz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korištenje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sredstava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nacionalnih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europskih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programa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sredstava</w:t>
      </w:r>
      <w:proofErr w:type="spellEnd"/>
      <w:r w:rsidRPr="00591291">
        <w:rPr>
          <w:rFonts w:cs="Times New Roman"/>
        </w:rPr>
        <w:t xml:space="preserve"> Fonda za </w:t>
      </w:r>
      <w:proofErr w:type="spellStart"/>
      <w:r w:rsidRPr="00591291">
        <w:rPr>
          <w:rFonts w:cs="Times New Roman"/>
        </w:rPr>
        <w:t>zaštitu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okoliša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energetsku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učinkovitost</w:t>
      </w:r>
      <w:proofErr w:type="spellEnd"/>
      <w:r w:rsidRPr="00591291">
        <w:rPr>
          <w:rFonts w:cs="Times New Roman"/>
        </w:rPr>
        <w:t>.</w:t>
      </w:r>
    </w:p>
    <w:p w14:paraId="3DA5C939" w14:textId="77777777" w:rsidR="00A26116" w:rsidRPr="000C7136" w:rsidRDefault="003E36C7" w:rsidP="000C7136">
      <w:pPr>
        <w:spacing w:after="120"/>
        <w:ind w:firstLine="720"/>
        <w:rPr>
          <w:rFonts w:cs="Times New Roman"/>
          <w:b/>
          <w:bCs/>
        </w:rPr>
      </w:pPr>
      <w:r w:rsidRPr="000C7136">
        <w:rPr>
          <w:rFonts w:cs="Times New Roman"/>
          <w:b/>
          <w:bCs/>
        </w:rPr>
        <w:t>III. CILJEVI</w:t>
      </w:r>
    </w:p>
    <w:p w14:paraId="1C255731" w14:textId="77777777" w:rsidR="00A26116" w:rsidRPr="00591291" w:rsidRDefault="003E36C7" w:rsidP="000C7136">
      <w:pPr>
        <w:spacing w:after="12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Ciljevi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Odluke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su</w:t>
      </w:r>
      <w:proofErr w:type="spellEnd"/>
      <w:r w:rsidRPr="00591291">
        <w:rPr>
          <w:rFonts w:cs="Times New Roman"/>
        </w:rPr>
        <w:t xml:space="preserve">: </w:t>
      </w:r>
      <w:proofErr w:type="spellStart"/>
      <w:r w:rsidRPr="00591291">
        <w:rPr>
          <w:rFonts w:cs="Times New Roman"/>
        </w:rPr>
        <w:t>smanjenje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broja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površine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lokacija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nepropisno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odbačenog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; </w:t>
      </w:r>
      <w:proofErr w:type="spellStart"/>
      <w:r w:rsidRPr="00591291">
        <w:rPr>
          <w:rFonts w:cs="Times New Roman"/>
        </w:rPr>
        <w:t>pravodobno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otkrivanje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novih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lokacija</w:t>
      </w:r>
      <w:proofErr w:type="spellEnd"/>
      <w:r w:rsidRPr="00591291">
        <w:rPr>
          <w:rFonts w:cs="Times New Roman"/>
        </w:rPr>
        <w:t xml:space="preserve">; </w:t>
      </w:r>
      <w:proofErr w:type="spellStart"/>
      <w:r w:rsidRPr="00591291">
        <w:rPr>
          <w:rFonts w:cs="Times New Roman"/>
        </w:rPr>
        <w:t>učinkovito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uklanjanje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zbrinjavanje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; </w:t>
      </w:r>
      <w:proofErr w:type="spellStart"/>
      <w:r w:rsidRPr="00591291">
        <w:rPr>
          <w:rFonts w:cs="Times New Roman"/>
        </w:rPr>
        <w:t>sprječavanje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ponovnog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nastanka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divljih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odlagališta</w:t>
      </w:r>
      <w:proofErr w:type="spellEnd"/>
      <w:r w:rsidRPr="00591291">
        <w:rPr>
          <w:rFonts w:cs="Times New Roman"/>
        </w:rPr>
        <w:t xml:space="preserve">; </w:t>
      </w:r>
      <w:proofErr w:type="spellStart"/>
      <w:r w:rsidRPr="00591291">
        <w:rPr>
          <w:rFonts w:cs="Times New Roman"/>
        </w:rPr>
        <w:t>uključivanje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građana</w:t>
      </w:r>
      <w:proofErr w:type="spellEnd"/>
      <w:r w:rsidRPr="00591291">
        <w:rPr>
          <w:rFonts w:cs="Times New Roman"/>
        </w:rPr>
        <w:t xml:space="preserve"> u </w:t>
      </w:r>
      <w:proofErr w:type="spellStart"/>
      <w:r w:rsidRPr="00591291">
        <w:rPr>
          <w:rFonts w:cs="Times New Roman"/>
        </w:rPr>
        <w:t>očuvanje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okoliša</w:t>
      </w:r>
      <w:proofErr w:type="spellEnd"/>
      <w:r w:rsidRPr="00591291">
        <w:rPr>
          <w:rFonts w:cs="Times New Roman"/>
        </w:rPr>
        <w:t xml:space="preserve">; </w:t>
      </w:r>
      <w:proofErr w:type="spellStart"/>
      <w:r w:rsidRPr="00591291">
        <w:rPr>
          <w:rFonts w:cs="Times New Roman"/>
        </w:rPr>
        <w:t>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osiguravanje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kontinuiranog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praćenja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stanja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području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Općine</w:t>
      </w:r>
      <w:proofErr w:type="spellEnd"/>
      <w:r w:rsidRPr="00591291">
        <w:rPr>
          <w:rFonts w:cs="Times New Roman"/>
        </w:rPr>
        <w:t xml:space="preserve"> Bukovlje.</w:t>
      </w:r>
    </w:p>
    <w:p w14:paraId="5F8EB137" w14:textId="77777777" w:rsidR="00A26116" w:rsidRPr="000C7136" w:rsidRDefault="003E36C7" w:rsidP="000C7136">
      <w:pPr>
        <w:spacing w:after="120"/>
        <w:ind w:firstLine="720"/>
        <w:rPr>
          <w:rFonts w:cs="Times New Roman"/>
          <w:b/>
          <w:bCs/>
        </w:rPr>
      </w:pPr>
      <w:r w:rsidRPr="000C7136">
        <w:rPr>
          <w:rFonts w:cs="Times New Roman"/>
          <w:b/>
          <w:bCs/>
        </w:rPr>
        <w:t>IV. FINANCIJSKA SREDSTVA</w:t>
      </w:r>
    </w:p>
    <w:p w14:paraId="00317096" w14:textId="77777777" w:rsidR="00A26116" w:rsidRPr="00591291" w:rsidRDefault="003E36C7" w:rsidP="000C7136">
      <w:pPr>
        <w:spacing w:after="120"/>
        <w:ind w:firstLine="720"/>
        <w:jc w:val="both"/>
        <w:rPr>
          <w:rFonts w:cs="Times New Roman"/>
        </w:rPr>
      </w:pPr>
      <w:r w:rsidRPr="00591291">
        <w:rPr>
          <w:rFonts w:cs="Times New Roman"/>
        </w:rPr>
        <w:t xml:space="preserve">Za </w:t>
      </w:r>
      <w:proofErr w:type="spellStart"/>
      <w:r w:rsidRPr="00591291">
        <w:rPr>
          <w:rFonts w:cs="Times New Roman"/>
        </w:rPr>
        <w:t>provedbu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Odluke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sredstva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će</w:t>
      </w:r>
      <w:proofErr w:type="spellEnd"/>
      <w:r w:rsidRPr="00591291">
        <w:rPr>
          <w:rFonts w:cs="Times New Roman"/>
        </w:rPr>
        <w:t xml:space="preserve"> se </w:t>
      </w:r>
      <w:proofErr w:type="spellStart"/>
      <w:r w:rsidRPr="00591291">
        <w:rPr>
          <w:rFonts w:cs="Times New Roman"/>
        </w:rPr>
        <w:t>osiguravati</w:t>
      </w:r>
      <w:proofErr w:type="spellEnd"/>
      <w:r w:rsidRPr="00591291">
        <w:rPr>
          <w:rFonts w:cs="Times New Roman"/>
        </w:rPr>
        <w:t xml:space="preserve"> u </w:t>
      </w:r>
      <w:proofErr w:type="spellStart"/>
      <w:r w:rsidRPr="00591291">
        <w:rPr>
          <w:rFonts w:cs="Times New Roman"/>
        </w:rPr>
        <w:t>Proračunu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Općine</w:t>
      </w:r>
      <w:proofErr w:type="spellEnd"/>
      <w:r w:rsidRPr="00591291">
        <w:rPr>
          <w:rFonts w:cs="Times New Roman"/>
        </w:rPr>
        <w:t xml:space="preserve"> Bukovlje, a </w:t>
      </w:r>
      <w:proofErr w:type="spellStart"/>
      <w:r w:rsidRPr="00591291">
        <w:rPr>
          <w:rFonts w:cs="Times New Roman"/>
        </w:rPr>
        <w:t>prema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mogućnostima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putem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nacionalnih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europskih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programa</w:t>
      </w:r>
      <w:proofErr w:type="spellEnd"/>
      <w:r w:rsidRPr="00591291">
        <w:rPr>
          <w:rFonts w:cs="Times New Roman"/>
        </w:rPr>
        <w:t xml:space="preserve">, </w:t>
      </w:r>
      <w:proofErr w:type="spellStart"/>
      <w:r w:rsidRPr="00591291">
        <w:rPr>
          <w:rFonts w:cs="Times New Roman"/>
        </w:rPr>
        <w:t>javnih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poziva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natječaja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te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drugih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dopuštenih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izvora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financiranja</w:t>
      </w:r>
      <w:proofErr w:type="spellEnd"/>
      <w:r w:rsidRPr="00591291">
        <w:rPr>
          <w:rFonts w:cs="Times New Roman"/>
        </w:rPr>
        <w:t>.</w:t>
      </w:r>
    </w:p>
    <w:p w14:paraId="03B8E9A9" w14:textId="77777777" w:rsidR="00A26116" w:rsidRPr="000C7136" w:rsidRDefault="003E36C7" w:rsidP="000C7136">
      <w:pPr>
        <w:spacing w:after="120"/>
        <w:ind w:firstLine="720"/>
        <w:rPr>
          <w:rFonts w:cs="Times New Roman"/>
          <w:b/>
          <w:bCs/>
        </w:rPr>
      </w:pPr>
      <w:r w:rsidRPr="000C7136">
        <w:rPr>
          <w:rFonts w:cs="Times New Roman"/>
          <w:b/>
          <w:bCs/>
        </w:rPr>
        <w:t>V. ZAKLJUČAK</w:t>
      </w:r>
    </w:p>
    <w:p w14:paraId="67E8B097" w14:textId="77777777" w:rsidR="00A26116" w:rsidRPr="00591291" w:rsidRDefault="003E36C7" w:rsidP="000C7136">
      <w:pPr>
        <w:spacing w:after="120"/>
        <w:ind w:firstLine="720"/>
        <w:jc w:val="both"/>
        <w:rPr>
          <w:rFonts w:cs="Times New Roman"/>
        </w:rPr>
      </w:pPr>
      <w:proofErr w:type="spellStart"/>
      <w:r w:rsidRPr="00591291">
        <w:rPr>
          <w:rFonts w:cs="Times New Roman"/>
        </w:rPr>
        <w:t>Predlaže</w:t>
      </w:r>
      <w:proofErr w:type="spellEnd"/>
      <w:r w:rsidRPr="00591291">
        <w:rPr>
          <w:rFonts w:cs="Times New Roman"/>
        </w:rPr>
        <w:t xml:space="preserve"> se </w:t>
      </w:r>
      <w:proofErr w:type="spellStart"/>
      <w:r w:rsidRPr="00591291">
        <w:rPr>
          <w:rFonts w:cs="Times New Roman"/>
        </w:rPr>
        <w:t>Općinskom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vijeću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Općine</w:t>
      </w:r>
      <w:proofErr w:type="spellEnd"/>
      <w:r w:rsidRPr="00591291">
        <w:rPr>
          <w:rFonts w:cs="Times New Roman"/>
        </w:rPr>
        <w:t xml:space="preserve"> Bukovlje </w:t>
      </w:r>
      <w:proofErr w:type="spellStart"/>
      <w:r w:rsidRPr="00591291">
        <w:rPr>
          <w:rFonts w:cs="Times New Roman"/>
        </w:rPr>
        <w:t>donošenje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ove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Odluke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kako</w:t>
      </w:r>
      <w:proofErr w:type="spellEnd"/>
      <w:r w:rsidRPr="00591291">
        <w:rPr>
          <w:rFonts w:cs="Times New Roman"/>
        </w:rPr>
        <w:t xml:space="preserve"> bi se </w:t>
      </w:r>
      <w:proofErr w:type="spellStart"/>
      <w:r w:rsidRPr="00591291">
        <w:rPr>
          <w:rFonts w:cs="Times New Roman"/>
        </w:rPr>
        <w:t>osigurao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sustavan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dugoročan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pristup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sprječavanju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nepropisnog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odbacivanja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otpada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sanaciji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divljih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odlagališta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na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području</w:t>
      </w:r>
      <w:proofErr w:type="spellEnd"/>
      <w:r w:rsidRPr="00591291">
        <w:rPr>
          <w:rFonts w:cs="Times New Roman"/>
        </w:rPr>
        <w:t xml:space="preserve"> </w:t>
      </w:r>
      <w:proofErr w:type="spellStart"/>
      <w:r w:rsidRPr="00591291">
        <w:rPr>
          <w:rFonts w:cs="Times New Roman"/>
        </w:rPr>
        <w:t>Općine</w:t>
      </w:r>
      <w:proofErr w:type="spellEnd"/>
      <w:r w:rsidRPr="00591291">
        <w:rPr>
          <w:rFonts w:cs="Times New Roman"/>
        </w:rPr>
        <w:t xml:space="preserve"> Bukovlje.</w:t>
      </w:r>
    </w:p>
    <w:sectPr w:rsidR="00A26116" w:rsidRPr="00591291" w:rsidSect="00FF3C84">
      <w:pgSz w:w="12240" w:h="15840"/>
      <w:pgMar w:top="851" w:right="1134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C0D588" w14:textId="77777777" w:rsidR="00D0395B" w:rsidRDefault="00D0395B">
      <w:pPr>
        <w:spacing w:after="0" w:line="240" w:lineRule="auto"/>
      </w:pPr>
      <w:r>
        <w:separator/>
      </w:r>
    </w:p>
  </w:endnote>
  <w:endnote w:type="continuationSeparator" w:id="0">
    <w:p w14:paraId="72F01AFD" w14:textId="77777777" w:rsidR="00D0395B" w:rsidRDefault="00D039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09264" w14:textId="77777777" w:rsidR="00D0395B" w:rsidRDefault="00D0395B">
      <w:pPr>
        <w:spacing w:after="0" w:line="240" w:lineRule="auto"/>
      </w:pPr>
      <w:r>
        <w:separator/>
      </w:r>
    </w:p>
  </w:footnote>
  <w:footnote w:type="continuationSeparator" w:id="0">
    <w:p w14:paraId="312C4A09" w14:textId="77777777" w:rsidR="00D0395B" w:rsidRDefault="00D039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3141261">
    <w:abstractNumId w:val="8"/>
  </w:num>
  <w:num w:numId="2" w16cid:durableId="515927674">
    <w:abstractNumId w:val="6"/>
  </w:num>
  <w:num w:numId="3" w16cid:durableId="1708486076">
    <w:abstractNumId w:val="5"/>
  </w:num>
  <w:num w:numId="4" w16cid:durableId="812524330">
    <w:abstractNumId w:val="4"/>
  </w:num>
  <w:num w:numId="5" w16cid:durableId="280572597">
    <w:abstractNumId w:val="7"/>
  </w:num>
  <w:num w:numId="6" w16cid:durableId="564797089">
    <w:abstractNumId w:val="3"/>
  </w:num>
  <w:num w:numId="7" w16cid:durableId="816994648">
    <w:abstractNumId w:val="2"/>
  </w:num>
  <w:num w:numId="8" w16cid:durableId="1868325527">
    <w:abstractNumId w:val="1"/>
  </w:num>
  <w:num w:numId="9" w16cid:durableId="961688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99C"/>
    <w:rsid w:val="0006063C"/>
    <w:rsid w:val="00090E77"/>
    <w:rsid w:val="000C7136"/>
    <w:rsid w:val="0015074B"/>
    <w:rsid w:val="0019150A"/>
    <w:rsid w:val="001A75B5"/>
    <w:rsid w:val="001E494F"/>
    <w:rsid w:val="0029639D"/>
    <w:rsid w:val="00326F90"/>
    <w:rsid w:val="003317E7"/>
    <w:rsid w:val="003A77B8"/>
    <w:rsid w:val="003E36C7"/>
    <w:rsid w:val="00453B74"/>
    <w:rsid w:val="00472329"/>
    <w:rsid w:val="004A0E9E"/>
    <w:rsid w:val="004C5274"/>
    <w:rsid w:val="0058520A"/>
    <w:rsid w:val="00591291"/>
    <w:rsid w:val="00616F8E"/>
    <w:rsid w:val="006514F7"/>
    <w:rsid w:val="007E2A46"/>
    <w:rsid w:val="00862125"/>
    <w:rsid w:val="008E7A01"/>
    <w:rsid w:val="009D4FF7"/>
    <w:rsid w:val="009F1D38"/>
    <w:rsid w:val="00A26116"/>
    <w:rsid w:val="00AA1D8D"/>
    <w:rsid w:val="00B47730"/>
    <w:rsid w:val="00BC18B5"/>
    <w:rsid w:val="00C63F00"/>
    <w:rsid w:val="00CB0664"/>
    <w:rsid w:val="00D0395B"/>
    <w:rsid w:val="00D26DFF"/>
    <w:rsid w:val="00E70B33"/>
    <w:rsid w:val="00EA3FDF"/>
    <w:rsid w:val="00F25A30"/>
    <w:rsid w:val="00FC693F"/>
    <w:rsid w:val="00FF3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5257C3"/>
  <w14:defaultImageDpi w14:val="300"/>
  <w15:docId w15:val="{B7EE38D2-4492-41EA-9030-FC1F63B71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1162</Words>
  <Characters>6624</Characters>
  <Application>Microsoft Office Word</Application>
  <DocSecurity>0</DocSecurity>
  <Lines>55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7771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Leila Omerbašić</cp:lastModifiedBy>
  <cp:revision>14</cp:revision>
  <cp:lastPrinted>2026-08-28T08:34:00Z</cp:lastPrinted>
  <dcterms:created xsi:type="dcterms:W3CDTF">2013-12-23T23:15:00Z</dcterms:created>
  <dcterms:modified xsi:type="dcterms:W3CDTF">2026-08-28T08:34:00Z</dcterms:modified>
  <cp:category/>
</cp:coreProperties>
</file>